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BFD4" w14:textId="77777777" w:rsidR="00C5464D" w:rsidRPr="009B4BF4" w:rsidRDefault="00000000" w:rsidP="009B4BF4">
      <w:pPr>
        <w:ind w:left="1440"/>
        <w:jc w:val="center"/>
        <w:rPr>
          <w:sz w:val="16"/>
          <w:szCs w:val="20"/>
        </w:rPr>
      </w:pPr>
      <w:r w:rsidRPr="009B4BF4">
        <w:rPr>
          <w:b/>
          <w:sz w:val="32"/>
          <w:szCs w:val="20"/>
        </w:rPr>
        <w:t>URNIK VEROUKA</w:t>
      </w:r>
    </w:p>
    <w:p w14:paraId="1CC7E72F" w14:textId="496DF5C3" w:rsidR="00C5464D" w:rsidRPr="009B4BF4" w:rsidRDefault="00000000" w:rsidP="009B4BF4">
      <w:pPr>
        <w:spacing w:after="160"/>
        <w:ind w:left="1440"/>
        <w:jc w:val="center"/>
        <w:rPr>
          <w:sz w:val="20"/>
          <w:szCs w:val="24"/>
        </w:rPr>
      </w:pPr>
      <w:proofErr w:type="spellStart"/>
      <w:r w:rsidRPr="009B4BF4">
        <w:rPr>
          <w:b/>
          <w:sz w:val="22"/>
          <w:szCs w:val="24"/>
        </w:rPr>
        <w:t>Veroučno</w:t>
      </w:r>
      <w:proofErr w:type="spellEnd"/>
      <w:r w:rsidRPr="009B4BF4">
        <w:rPr>
          <w:b/>
          <w:sz w:val="22"/>
          <w:szCs w:val="24"/>
        </w:rPr>
        <w:t xml:space="preserve"> </w:t>
      </w:r>
      <w:proofErr w:type="spellStart"/>
      <w:r w:rsidRPr="009B4BF4">
        <w:rPr>
          <w:b/>
          <w:sz w:val="22"/>
          <w:szCs w:val="24"/>
        </w:rPr>
        <w:t>leto</w:t>
      </w:r>
      <w:proofErr w:type="spellEnd"/>
      <w:r w:rsidRPr="009B4BF4">
        <w:rPr>
          <w:b/>
          <w:sz w:val="22"/>
          <w:szCs w:val="24"/>
        </w:rPr>
        <w:t xml:space="preserve"> 2026/2027</w:t>
      </w:r>
    </w:p>
    <w:p w14:paraId="3BFCAE45" w14:textId="68DD36CD" w:rsidR="00C5464D" w:rsidRPr="009B4BF4" w:rsidRDefault="00000000" w:rsidP="000F5BD4">
      <w:pPr>
        <w:spacing w:after="40"/>
        <w:rPr>
          <w:sz w:val="24"/>
          <w:szCs w:val="32"/>
          <w:u w:val="single"/>
        </w:rPr>
      </w:pPr>
      <w:r w:rsidRPr="009B4BF4">
        <w:rPr>
          <w:b/>
          <w:sz w:val="28"/>
          <w:szCs w:val="32"/>
          <w:u w:val="single"/>
        </w:rPr>
        <w:t>PONEDELJEK</w:t>
      </w:r>
    </w:p>
    <w:tbl>
      <w:tblPr>
        <w:tblW w:w="11194" w:type="dxa"/>
        <w:tblLayout w:type="fixed"/>
        <w:tblLook w:val="04A0" w:firstRow="1" w:lastRow="0" w:firstColumn="1" w:lastColumn="0" w:noHBand="0" w:noVBand="1"/>
      </w:tblPr>
      <w:tblGrid>
        <w:gridCol w:w="2756"/>
        <w:gridCol w:w="2212"/>
        <w:gridCol w:w="2212"/>
        <w:gridCol w:w="4014"/>
      </w:tblGrid>
      <w:tr w:rsidR="00C5464D" w:rsidRPr="009B4BF4" w14:paraId="4EC8EFA5" w14:textId="77777777" w:rsidTr="009B4BF4">
        <w:trPr>
          <w:trHeight w:val="264"/>
        </w:trPr>
        <w:tc>
          <w:tcPr>
            <w:tcW w:w="2756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67B66FBF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URA</w:t>
            </w: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5CE9D4B1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RAZRED</w:t>
            </w: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11917022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SKUPINA</w:t>
            </w:r>
          </w:p>
        </w:tc>
        <w:tc>
          <w:tcPr>
            <w:tcW w:w="4014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13877610" w14:textId="4C616D6F" w:rsidR="00C5464D" w:rsidRPr="009B4BF4" w:rsidRDefault="00000000" w:rsidP="000F5BD4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KATEHET</w:t>
            </w:r>
            <w:r w:rsidR="000F5BD4" w:rsidRPr="009B4BF4">
              <w:rPr>
                <w:b/>
                <w:sz w:val="22"/>
                <w:szCs w:val="32"/>
              </w:rPr>
              <w:t>/KATEHISTINJA</w:t>
            </w:r>
          </w:p>
        </w:tc>
      </w:tr>
      <w:tr w:rsidR="00C5464D" w:rsidRPr="009B4BF4" w14:paraId="6890940E" w14:textId="77777777" w:rsidTr="009B4BF4">
        <w:trPr>
          <w:trHeight w:val="282"/>
        </w:trPr>
        <w:tc>
          <w:tcPr>
            <w:tcW w:w="2756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0D9E70C0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14.00</w:t>
            </w: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12582722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9.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AE1EB5D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4014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280F287A" w14:textId="3E638592" w:rsidR="00C5464D" w:rsidRPr="009B4BF4" w:rsidRDefault="00920D7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g. </w:t>
            </w:r>
            <w:proofErr w:type="spellStart"/>
            <w:r w:rsidRPr="009B4BF4">
              <w:rPr>
                <w:sz w:val="24"/>
                <w:szCs w:val="32"/>
              </w:rPr>
              <w:t>župnik</w:t>
            </w:r>
            <w:proofErr w:type="spellEnd"/>
          </w:p>
        </w:tc>
      </w:tr>
      <w:tr w:rsidR="00C5464D" w:rsidRPr="009B4BF4" w14:paraId="0B495F70" w14:textId="77777777" w:rsidTr="009B4BF4">
        <w:trPr>
          <w:trHeight w:val="393"/>
        </w:trPr>
        <w:tc>
          <w:tcPr>
            <w:tcW w:w="2756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0D8CBEB9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15.00</w:t>
            </w: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6B7D6651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4.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44CB2A96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4014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412D8B64" w14:textId="0DBE891C" w:rsidR="00C5464D" w:rsidRPr="009B4BF4" w:rsidRDefault="00920D7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s. Anica Sabljak</w:t>
            </w:r>
          </w:p>
        </w:tc>
      </w:tr>
      <w:tr w:rsidR="00C5464D" w:rsidRPr="009B4BF4" w14:paraId="37BF2FFF" w14:textId="77777777" w:rsidTr="009B4BF4">
        <w:trPr>
          <w:trHeight w:val="370"/>
        </w:trPr>
        <w:tc>
          <w:tcPr>
            <w:tcW w:w="2756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18DEF294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15.30</w:t>
            </w: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3C0CD5A8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3.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36D6938" w14:textId="77777777" w:rsidR="00C5464D" w:rsidRPr="009B4BF4" w:rsidRDefault="00C5464D">
            <w:pPr>
              <w:spacing w:after="0"/>
              <w:jc w:val="center"/>
              <w:rPr>
                <w:sz w:val="24"/>
                <w:szCs w:val="32"/>
              </w:rPr>
            </w:pPr>
          </w:p>
        </w:tc>
        <w:tc>
          <w:tcPr>
            <w:tcW w:w="4014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276A655C" w14:textId="70A14E26" w:rsidR="00C5464D" w:rsidRPr="009B4BF4" w:rsidRDefault="00920D7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g. </w:t>
            </w:r>
            <w:proofErr w:type="spellStart"/>
            <w:r w:rsidRPr="009B4BF4">
              <w:rPr>
                <w:sz w:val="24"/>
                <w:szCs w:val="32"/>
              </w:rPr>
              <w:t>župnik</w:t>
            </w:r>
            <w:proofErr w:type="spellEnd"/>
          </w:p>
        </w:tc>
      </w:tr>
      <w:tr w:rsidR="001238A8" w:rsidRPr="009B4BF4" w14:paraId="448BD973" w14:textId="77777777" w:rsidTr="009B4BF4">
        <w:trPr>
          <w:trHeight w:val="299"/>
        </w:trPr>
        <w:tc>
          <w:tcPr>
            <w:tcW w:w="2756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EEECE1" w:themeFill="background2"/>
            <w:vAlign w:val="center"/>
          </w:tcPr>
          <w:p w14:paraId="30AEFBD2" w14:textId="77777777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EEECE1" w:themeFill="background2"/>
            <w:vAlign w:val="center"/>
          </w:tcPr>
          <w:p w14:paraId="43FF8134" w14:textId="77777777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EEECE1" w:themeFill="background2"/>
            <w:vAlign w:val="center"/>
          </w:tcPr>
          <w:p w14:paraId="3C0C8088" w14:textId="77777777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</w:p>
        </w:tc>
        <w:tc>
          <w:tcPr>
            <w:tcW w:w="4014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EEECE1" w:themeFill="background2"/>
            <w:vAlign w:val="center"/>
          </w:tcPr>
          <w:p w14:paraId="46ABB6AD" w14:textId="77777777" w:rsidR="001238A8" w:rsidRPr="009B4BF4" w:rsidRDefault="001238A8">
            <w:pPr>
              <w:spacing w:after="0"/>
              <w:rPr>
                <w:sz w:val="24"/>
                <w:szCs w:val="32"/>
              </w:rPr>
            </w:pPr>
          </w:p>
        </w:tc>
      </w:tr>
      <w:tr w:rsidR="001238A8" w:rsidRPr="009B4BF4" w14:paraId="3B016F0B" w14:textId="77777777" w:rsidTr="009B4BF4">
        <w:trPr>
          <w:trHeight w:val="581"/>
        </w:trPr>
        <w:tc>
          <w:tcPr>
            <w:tcW w:w="2756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4284B7FA" w14:textId="0CD6BE66" w:rsidR="001238A8" w:rsidRPr="009B4BF4" w:rsidRDefault="001238A8">
            <w:pPr>
              <w:spacing w:after="0"/>
              <w:jc w:val="center"/>
              <w:rPr>
                <w:b/>
                <w:bCs/>
                <w:i/>
                <w:iCs/>
                <w:sz w:val="24"/>
                <w:szCs w:val="32"/>
              </w:rPr>
            </w:pPr>
            <w:r w:rsidRPr="009B4BF4">
              <w:rPr>
                <w:b/>
                <w:bCs/>
                <w:i/>
                <w:iCs/>
                <w:sz w:val="24"/>
                <w:szCs w:val="32"/>
              </w:rPr>
              <w:t>STRANSKA VAS</w:t>
            </w: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7892C643" w14:textId="77777777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31CCED61" w14:textId="77777777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</w:p>
        </w:tc>
        <w:tc>
          <w:tcPr>
            <w:tcW w:w="4014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1DBB7197" w14:textId="77777777" w:rsidR="001238A8" w:rsidRPr="009B4BF4" w:rsidRDefault="001238A8">
            <w:pPr>
              <w:spacing w:after="0"/>
              <w:rPr>
                <w:sz w:val="24"/>
                <w:szCs w:val="32"/>
              </w:rPr>
            </w:pPr>
          </w:p>
        </w:tc>
      </w:tr>
      <w:tr w:rsidR="001238A8" w:rsidRPr="009B4BF4" w14:paraId="0D1B7E2F" w14:textId="77777777" w:rsidTr="009B4BF4">
        <w:trPr>
          <w:trHeight w:val="581"/>
        </w:trPr>
        <w:tc>
          <w:tcPr>
            <w:tcW w:w="2756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7EFD5092" w14:textId="7602CE4D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16.00</w:t>
            </w: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708F5D0" w14:textId="61EE8D26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4. in 5.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0DCB014F" w14:textId="77777777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</w:p>
        </w:tc>
        <w:tc>
          <w:tcPr>
            <w:tcW w:w="4014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3FFDF7E2" w14:textId="6756077A" w:rsidR="001238A8" w:rsidRPr="009B4BF4" w:rsidRDefault="001238A8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ga. Andreja </w:t>
            </w:r>
            <w:proofErr w:type="spellStart"/>
            <w:r w:rsidRPr="009B4BF4">
              <w:rPr>
                <w:sz w:val="24"/>
                <w:szCs w:val="32"/>
              </w:rPr>
              <w:t>Bartolj</w:t>
            </w:r>
            <w:proofErr w:type="spellEnd"/>
            <w:r w:rsidRPr="009B4BF4">
              <w:rPr>
                <w:sz w:val="24"/>
                <w:szCs w:val="32"/>
              </w:rPr>
              <w:t xml:space="preserve"> Bele</w:t>
            </w:r>
          </w:p>
        </w:tc>
      </w:tr>
      <w:tr w:rsidR="001238A8" w:rsidRPr="009B4BF4" w14:paraId="6689AADE" w14:textId="77777777" w:rsidTr="009B4BF4">
        <w:trPr>
          <w:trHeight w:val="581"/>
        </w:trPr>
        <w:tc>
          <w:tcPr>
            <w:tcW w:w="2756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330D7D8" w14:textId="3B1FF0E7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16.45</w:t>
            </w:r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13D56E8C" w14:textId="135C85E0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1. in 2. </w:t>
            </w:r>
            <w:proofErr w:type="spellStart"/>
            <w:r w:rsidR="000F5BD4" w:rsidRPr="009B4BF4">
              <w:rPr>
                <w:sz w:val="24"/>
                <w:szCs w:val="32"/>
              </w:rPr>
              <w:t>r</w:t>
            </w:r>
            <w:r w:rsidRPr="009B4BF4">
              <w:rPr>
                <w:sz w:val="24"/>
                <w:szCs w:val="32"/>
              </w:rPr>
              <w:t>azred</w:t>
            </w:r>
            <w:proofErr w:type="spellEnd"/>
          </w:p>
        </w:tc>
        <w:tc>
          <w:tcPr>
            <w:tcW w:w="221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7DFEB065" w14:textId="77777777" w:rsidR="001238A8" w:rsidRPr="009B4BF4" w:rsidRDefault="001238A8">
            <w:pPr>
              <w:spacing w:after="0"/>
              <w:jc w:val="center"/>
              <w:rPr>
                <w:sz w:val="24"/>
                <w:szCs w:val="32"/>
              </w:rPr>
            </w:pPr>
          </w:p>
        </w:tc>
        <w:tc>
          <w:tcPr>
            <w:tcW w:w="4014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2EC21418" w14:textId="33EC3BD6" w:rsidR="001238A8" w:rsidRPr="009B4BF4" w:rsidRDefault="001238A8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ga. Andreja </w:t>
            </w:r>
            <w:proofErr w:type="spellStart"/>
            <w:r w:rsidRPr="009B4BF4">
              <w:rPr>
                <w:sz w:val="24"/>
                <w:szCs w:val="32"/>
              </w:rPr>
              <w:t>Bartolj</w:t>
            </w:r>
            <w:proofErr w:type="spellEnd"/>
            <w:r w:rsidRPr="009B4BF4">
              <w:rPr>
                <w:sz w:val="24"/>
                <w:szCs w:val="32"/>
              </w:rPr>
              <w:t xml:space="preserve"> Bele</w:t>
            </w:r>
          </w:p>
        </w:tc>
      </w:tr>
    </w:tbl>
    <w:p w14:paraId="0C1FF967" w14:textId="171797FC" w:rsidR="00C5464D" w:rsidRPr="009B4BF4" w:rsidRDefault="004672F7" w:rsidP="000F5BD4">
      <w:pPr>
        <w:spacing w:after="40"/>
        <w:rPr>
          <w:sz w:val="24"/>
          <w:szCs w:val="32"/>
          <w:u w:val="single"/>
        </w:rPr>
      </w:pPr>
      <w:r w:rsidRPr="009B4BF4">
        <w:rPr>
          <w:b/>
          <w:sz w:val="28"/>
          <w:szCs w:val="32"/>
        </w:rPr>
        <w:t xml:space="preserve"> </w:t>
      </w:r>
      <w:r w:rsidR="00000000" w:rsidRPr="009B4BF4">
        <w:rPr>
          <w:b/>
          <w:sz w:val="28"/>
          <w:szCs w:val="32"/>
          <w:u w:val="single"/>
        </w:rPr>
        <w:t>TOREK</w:t>
      </w:r>
    </w:p>
    <w:tbl>
      <w:tblPr>
        <w:tblW w:w="111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73"/>
        <w:gridCol w:w="2217"/>
        <w:gridCol w:w="2217"/>
        <w:gridCol w:w="3992"/>
      </w:tblGrid>
      <w:tr w:rsidR="00C5464D" w:rsidRPr="009B4BF4" w14:paraId="6A7FD51E" w14:textId="77777777" w:rsidTr="009B4BF4">
        <w:trPr>
          <w:trHeight w:val="360"/>
        </w:trPr>
        <w:tc>
          <w:tcPr>
            <w:tcW w:w="277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41AF96C5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URA</w:t>
            </w:r>
          </w:p>
        </w:tc>
        <w:tc>
          <w:tcPr>
            <w:tcW w:w="221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0837DFCF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RAZRED</w:t>
            </w:r>
          </w:p>
        </w:tc>
        <w:tc>
          <w:tcPr>
            <w:tcW w:w="221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6291AC50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SKUPINA</w:t>
            </w:r>
          </w:p>
        </w:tc>
        <w:tc>
          <w:tcPr>
            <w:tcW w:w="399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098C6809" w14:textId="52E89DA1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KATEHET</w:t>
            </w:r>
            <w:r w:rsidR="000F5BD4" w:rsidRPr="009B4BF4">
              <w:rPr>
                <w:b/>
                <w:sz w:val="22"/>
                <w:szCs w:val="32"/>
              </w:rPr>
              <w:t>/KATEHISTINJA</w:t>
            </w:r>
          </w:p>
        </w:tc>
      </w:tr>
      <w:tr w:rsidR="00C5464D" w:rsidRPr="009B4BF4" w14:paraId="58C45C3B" w14:textId="77777777" w:rsidTr="009B4BF4">
        <w:trPr>
          <w:trHeight w:val="384"/>
        </w:trPr>
        <w:tc>
          <w:tcPr>
            <w:tcW w:w="277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451FD469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7.15</w:t>
            </w:r>
          </w:p>
        </w:tc>
        <w:tc>
          <w:tcPr>
            <w:tcW w:w="221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7124AB4A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6.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1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26CC2C59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9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01CE0C8E" w14:textId="08A49F0B" w:rsidR="00C5464D" w:rsidRPr="009B4BF4" w:rsidRDefault="00920D7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s. Marija Zabret</w:t>
            </w:r>
          </w:p>
        </w:tc>
      </w:tr>
      <w:tr w:rsidR="00C5464D" w:rsidRPr="009B4BF4" w14:paraId="72156DD0" w14:textId="77777777" w:rsidTr="009B4BF4">
        <w:trPr>
          <w:trHeight w:val="408"/>
        </w:trPr>
        <w:tc>
          <w:tcPr>
            <w:tcW w:w="277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00132991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13.30</w:t>
            </w:r>
          </w:p>
        </w:tc>
        <w:tc>
          <w:tcPr>
            <w:tcW w:w="221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7A2E59E4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5.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1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5F3B8533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9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0971E972" w14:textId="0D6117EE" w:rsidR="00C5464D" w:rsidRPr="009B4BF4" w:rsidRDefault="00920D7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ga. Erika Lozar</w:t>
            </w:r>
          </w:p>
        </w:tc>
      </w:tr>
      <w:tr w:rsidR="00C5464D" w:rsidRPr="009B4BF4" w14:paraId="07C42E62" w14:textId="77777777" w:rsidTr="009B4BF4">
        <w:trPr>
          <w:trHeight w:val="384"/>
        </w:trPr>
        <w:tc>
          <w:tcPr>
            <w:tcW w:w="277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3B22B5A1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14.00</w:t>
            </w:r>
          </w:p>
        </w:tc>
        <w:tc>
          <w:tcPr>
            <w:tcW w:w="221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3D9EBF13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6.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1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0E1510B9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92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92F545C" w14:textId="2B2C69D4" w:rsidR="00C5464D" w:rsidRPr="009B4BF4" w:rsidRDefault="00920D7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s. Marija Zabret</w:t>
            </w:r>
          </w:p>
        </w:tc>
      </w:tr>
    </w:tbl>
    <w:p w14:paraId="08EC1481" w14:textId="77777777" w:rsidR="009019AB" w:rsidRPr="009B4BF4" w:rsidRDefault="009019AB" w:rsidP="009019AB">
      <w:pPr>
        <w:spacing w:after="40"/>
        <w:rPr>
          <w:sz w:val="24"/>
          <w:szCs w:val="32"/>
        </w:rPr>
      </w:pPr>
    </w:p>
    <w:p w14:paraId="45F22318" w14:textId="63DB4166" w:rsidR="00C5464D" w:rsidRPr="009B4BF4" w:rsidRDefault="00000000" w:rsidP="009019AB">
      <w:pPr>
        <w:spacing w:after="40"/>
        <w:rPr>
          <w:sz w:val="24"/>
          <w:szCs w:val="32"/>
          <w:u w:val="single"/>
        </w:rPr>
      </w:pPr>
      <w:r w:rsidRPr="009B4BF4">
        <w:rPr>
          <w:b/>
          <w:sz w:val="28"/>
          <w:szCs w:val="32"/>
          <w:u w:val="single"/>
        </w:rPr>
        <w:t>SREDA</w:t>
      </w:r>
    </w:p>
    <w:tbl>
      <w:tblPr>
        <w:tblW w:w="111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88"/>
        <w:gridCol w:w="2229"/>
        <w:gridCol w:w="2229"/>
        <w:gridCol w:w="3953"/>
      </w:tblGrid>
      <w:tr w:rsidR="00C5464D" w:rsidRPr="009B4BF4" w14:paraId="19031261" w14:textId="77777777" w:rsidTr="009B4BF4">
        <w:trPr>
          <w:trHeight w:val="585"/>
        </w:trPr>
        <w:tc>
          <w:tcPr>
            <w:tcW w:w="2788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75391B2B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URA</w:t>
            </w:r>
          </w:p>
        </w:tc>
        <w:tc>
          <w:tcPr>
            <w:tcW w:w="222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2AD43D74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RAZRED</w:t>
            </w:r>
          </w:p>
        </w:tc>
        <w:tc>
          <w:tcPr>
            <w:tcW w:w="222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2B46564C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SKUPINA</w:t>
            </w:r>
          </w:p>
        </w:tc>
        <w:tc>
          <w:tcPr>
            <w:tcW w:w="395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44695C34" w14:textId="329D18CF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KATEHET</w:t>
            </w:r>
            <w:r w:rsidR="000F5BD4" w:rsidRPr="009B4BF4">
              <w:rPr>
                <w:b/>
                <w:sz w:val="22"/>
                <w:szCs w:val="32"/>
              </w:rPr>
              <w:t>/KATEHISTINJA</w:t>
            </w:r>
          </w:p>
        </w:tc>
      </w:tr>
      <w:tr w:rsidR="00C5464D" w:rsidRPr="009B4BF4" w14:paraId="585F8611" w14:textId="77777777" w:rsidTr="009B4BF4">
        <w:trPr>
          <w:trHeight w:val="624"/>
        </w:trPr>
        <w:tc>
          <w:tcPr>
            <w:tcW w:w="2788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25E4E4C3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7.15</w:t>
            </w:r>
          </w:p>
        </w:tc>
        <w:tc>
          <w:tcPr>
            <w:tcW w:w="222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928D84B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5.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2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0EFE8BB7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5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642B67C" w14:textId="6A2CCE64" w:rsidR="00C5464D" w:rsidRPr="009B4BF4" w:rsidRDefault="00BD5CE1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ga. Erika Lozar</w:t>
            </w:r>
          </w:p>
        </w:tc>
      </w:tr>
    </w:tbl>
    <w:p w14:paraId="041A9756" w14:textId="4A29C935" w:rsidR="009B3C33" w:rsidRPr="009B4BF4" w:rsidRDefault="009B3C33" w:rsidP="004672F7">
      <w:pPr>
        <w:spacing w:after="40"/>
        <w:rPr>
          <w:sz w:val="24"/>
          <w:szCs w:val="32"/>
        </w:rPr>
      </w:pPr>
    </w:p>
    <w:p w14:paraId="1D331E0E" w14:textId="0B2C82E1" w:rsidR="00C5464D" w:rsidRPr="009B4BF4" w:rsidRDefault="00000000" w:rsidP="004672F7">
      <w:pPr>
        <w:spacing w:after="40"/>
        <w:rPr>
          <w:sz w:val="24"/>
          <w:szCs w:val="32"/>
          <w:u w:val="single"/>
        </w:rPr>
      </w:pPr>
      <w:r w:rsidRPr="009B4BF4">
        <w:rPr>
          <w:b/>
          <w:sz w:val="28"/>
          <w:szCs w:val="32"/>
          <w:u w:val="single"/>
        </w:rPr>
        <w:t>ČETRTEK</w:t>
      </w:r>
    </w:p>
    <w:tbl>
      <w:tblPr>
        <w:tblW w:w="112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13"/>
        <w:gridCol w:w="2249"/>
        <w:gridCol w:w="2249"/>
        <w:gridCol w:w="3975"/>
      </w:tblGrid>
      <w:tr w:rsidR="00C5464D" w:rsidRPr="009B4BF4" w14:paraId="342E5107" w14:textId="77777777" w:rsidTr="009B4BF4">
        <w:trPr>
          <w:trHeight w:val="382"/>
        </w:trPr>
        <w:tc>
          <w:tcPr>
            <w:tcW w:w="281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4D14D195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URA</w:t>
            </w:r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32B91A72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RAZRED</w:t>
            </w:r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02384EAD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SKUPINA</w:t>
            </w:r>
          </w:p>
        </w:tc>
        <w:tc>
          <w:tcPr>
            <w:tcW w:w="3975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452EEC5C" w14:textId="4FCD898D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KATEHET</w:t>
            </w:r>
            <w:r w:rsidR="000F5BD4" w:rsidRPr="009B4BF4">
              <w:rPr>
                <w:b/>
                <w:sz w:val="22"/>
                <w:szCs w:val="32"/>
              </w:rPr>
              <w:t>/KATEHISTINJA</w:t>
            </w:r>
          </w:p>
        </w:tc>
      </w:tr>
      <w:tr w:rsidR="00C5464D" w:rsidRPr="009B4BF4" w14:paraId="1052CBE0" w14:textId="77777777" w:rsidTr="009B4BF4">
        <w:trPr>
          <w:trHeight w:val="407"/>
        </w:trPr>
        <w:tc>
          <w:tcPr>
            <w:tcW w:w="281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6FE74E95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7.15</w:t>
            </w:r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17BEB08E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7.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0987E5F8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75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3D8E1F47" w14:textId="3144C2E3" w:rsidR="00C5464D" w:rsidRPr="009B4BF4" w:rsidRDefault="00F637F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s. Marija Zabret</w:t>
            </w:r>
          </w:p>
        </w:tc>
      </w:tr>
      <w:tr w:rsidR="00C5464D" w:rsidRPr="009B4BF4" w14:paraId="3B7676F3" w14:textId="77777777" w:rsidTr="009B4BF4">
        <w:trPr>
          <w:trHeight w:val="433"/>
        </w:trPr>
        <w:tc>
          <w:tcPr>
            <w:tcW w:w="281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53640520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7.15</w:t>
            </w:r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3F2571AB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4.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1A868D2F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75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36E2F24E" w14:textId="3D5A5167" w:rsidR="00C5464D" w:rsidRPr="009B4BF4" w:rsidRDefault="00F637F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s. Anica Sabljak</w:t>
            </w:r>
          </w:p>
        </w:tc>
      </w:tr>
      <w:tr w:rsidR="00C5464D" w:rsidRPr="009B4BF4" w14:paraId="41B71A13" w14:textId="77777777" w:rsidTr="009B4BF4">
        <w:trPr>
          <w:trHeight w:val="407"/>
        </w:trPr>
        <w:tc>
          <w:tcPr>
            <w:tcW w:w="281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4ABE0F3C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15.00</w:t>
            </w:r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785B4B28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2.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615F3FFB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75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1E26632B" w14:textId="59470FFA" w:rsidR="00C5464D" w:rsidRPr="009B4BF4" w:rsidRDefault="00F637F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ga. Tadeja Resman Špes</w:t>
            </w:r>
          </w:p>
        </w:tc>
      </w:tr>
      <w:tr w:rsidR="00C5464D" w:rsidRPr="009B4BF4" w14:paraId="7BBB258B" w14:textId="77777777" w:rsidTr="009B4BF4">
        <w:trPr>
          <w:trHeight w:val="433"/>
        </w:trPr>
        <w:tc>
          <w:tcPr>
            <w:tcW w:w="281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2870203F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15.00</w:t>
            </w:r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7091E674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8.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2842DA9E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75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27C99739" w14:textId="35F54D84" w:rsidR="00C5464D" w:rsidRPr="009B4BF4" w:rsidRDefault="00F637F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s. Marija Zabret</w:t>
            </w:r>
          </w:p>
        </w:tc>
      </w:tr>
      <w:tr w:rsidR="00C5464D" w:rsidRPr="009B4BF4" w14:paraId="0A38394A" w14:textId="77777777" w:rsidTr="009B4BF4">
        <w:trPr>
          <w:trHeight w:val="407"/>
        </w:trPr>
        <w:tc>
          <w:tcPr>
            <w:tcW w:w="281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59C3C68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15.45</w:t>
            </w:r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65C645CF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2.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027102D9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75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448700D8" w14:textId="120F961F" w:rsidR="00C5464D" w:rsidRPr="009B4BF4" w:rsidRDefault="00CC76B9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ga. Tadeja Resman Špes</w:t>
            </w:r>
          </w:p>
        </w:tc>
      </w:tr>
      <w:tr w:rsidR="00C5464D" w:rsidRPr="009B4BF4" w14:paraId="1187C649" w14:textId="77777777" w:rsidTr="009B4BF4">
        <w:trPr>
          <w:trHeight w:val="407"/>
        </w:trPr>
        <w:tc>
          <w:tcPr>
            <w:tcW w:w="2813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29FA75B2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15.45</w:t>
            </w:r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0881EEC8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7.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24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7BB21C36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3975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7AF12E3D" w14:textId="1EAB8CA2" w:rsidR="00C5464D" w:rsidRPr="009B4BF4" w:rsidRDefault="00F637FE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s. Marija Zabret</w:t>
            </w:r>
          </w:p>
        </w:tc>
      </w:tr>
    </w:tbl>
    <w:p w14:paraId="3064AE11" w14:textId="097CA1D8" w:rsidR="00C5464D" w:rsidRPr="00EF2217" w:rsidRDefault="00000000" w:rsidP="00EF2217">
      <w:pPr>
        <w:spacing w:after="40"/>
        <w:rPr>
          <w:sz w:val="24"/>
          <w:szCs w:val="32"/>
          <w:u w:val="single"/>
        </w:rPr>
      </w:pPr>
      <w:r w:rsidRPr="00EF2217">
        <w:rPr>
          <w:b/>
          <w:sz w:val="28"/>
          <w:szCs w:val="32"/>
          <w:u w:val="single"/>
        </w:rPr>
        <w:t>PETEK</w:t>
      </w:r>
    </w:p>
    <w:tbl>
      <w:tblPr>
        <w:tblW w:w="112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47"/>
        <w:gridCol w:w="2197"/>
        <w:gridCol w:w="2197"/>
        <w:gridCol w:w="4119"/>
      </w:tblGrid>
      <w:tr w:rsidR="00C5464D" w:rsidRPr="009B4BF4" w14:paraId="30A382CC" w14:textId="77777777" w:rsidTr="009B4BF4">
        <w:trPr>
          <w:trHeight w:val="436"/>
        </w:trPr>
        <w:tc>
          <w:tcPr>
            <w:tcW w:w="274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21769AF8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URA</w:t>
            </w:r>
          </w:p>
        </w:tc>
        <w:tc>
          <w:tcPr>
            <w:tcW w:w="219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5E23D8EF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RAZRED</w:t>
            </w:r>
          </w:p>
        </w:tc>
        <w:tc>
          <w:tcPr>
            <w:tcW w:w="219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2046358C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SKUPINA</w:t>
            </w:r>
          </w:p>
        </w:tc>
        <w:tc>
          <w:tcPr>
            <w:tcW w:w="411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D9EAF7"/>
            <w:vAlign w:val="center"/>
          </w:tcPr>
          <w:p w14:paraId="408104D7" w14:textId="1B22C396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b/>
                <w:sz w:val="22"/>
                <w:szCs w:val="32"/>
              </w:rPr>
              <w:t>KATEHET</w:t>
            </w:r>
            <w:r w:rsidR="000F5BD4" w:rsidRPr="009B4BF4">
              <w:rPr>
                <w:b/>
                <w:sz w:val="22"/>
                <w:szCs w:val="32"/>
              </w:rPr>
              <w:t>/KATEHISTINJA</w:t>
            </w:r>
          </w:p>
        </w:tc>
      </w:tr>
      <w:tr w:rsidR="00C5464D" w:rsidRPr="009B4BF4" w14:paraId="16D1B3FA" w14:textId="77777777" w:rsidTr="009B4BF4">
        <w:trPr>
          <w:trHeight w:val="465"/>
        </w:trPr>
        <w:tc>
          <w:tcPr>
            <w:tcW w:w="274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0BDDAC05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7.15</w:t>
            </w:r>
          </w:p>
        </w:tc>
        <w:tc>
          <w:tcPr>
            <w:tcW w:w="219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21D0279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9. </w:t>
            </w:r>
            <w:proofErr w:type="spellStart"/>
            <w:r w:rsidRPr="009B4BF4">
              <w:rPr>
                <w:sz w:val="24"/>
                <w:szCs w:val="32"/>
              </w:rPr>
              <w:t>razred</w:t>
            </w:r>
            <w:proofErr w:type="spellEnd"/>
          </w:p>
        </w:tc>
        <w:tc>
          <w:tcPr>
            <w:tcW w:w="219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3DF4C0D0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II. </w:t>
            </w:r>
            <w:proofErr w:type="spellStart"/>
            <w:r w:rsidRPr="009B4BF4">
              <w:rPr>
                <w:sz w:val="24"/>
                <w:szCs w:val="32"/>
              </w:rPr>
              <w:t>skupina</w:t>
            </w:r>
            <w:proofErr w:type="spellEnd"/>
          </w:p>
        </w:tc>
        <w:tc>
          <w:tcPr>
            <w:tcW w:w="411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7195B1C5" w14:textId="64554EC3" w:rsidR="00C5464D" w:rsidRPr="009B4BF4" w:rsidRDefault="00CC76B9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 xml:space="preserve">g. </w:t>
            </w:r>
            <w:proofErr w:type="spellStart"/>
            <w:r w:rsidRPr="009B4BF4">
              <w:rPr>
                <w:sz w:val="24"/>
                <w:szCs w:val="32"/>
              </w:rPr>
              <w:t>župnik</w:t>
            </w:r>
            <w:proofErr w:type="spellEnd"/>
          </w:p>
        </w:tc>
      </w:tr>
      <w:tr w:rsidR="00C5464D" w:rsidRPr="009B4BF4" w14:paraId="1F1D56D7" w14:textId="77777777" w:rsidTr="009B4BF4">
        <w:trPr>
          <w:trHeight w:val="494"/>
        </w:trPr>
        <w:tc>
          <w:tcPr>
            <w:tcW w:w="274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05F23665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15.00</w:t>
            </w:r>
          </w:p>
        </w:tc>
        <w:tc>
          <w:tcPr>
            <w:tcW w:w="219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381D797D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1. razred</w:t>
            </w:r>
          </w:p>
        </w:tc>
        <w:tc>
          <w:tcPr>
            <w:tcW w:w="219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5DCA7E1C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I. skupina</w:t>
            </w:r>
          </w:p>
        </w:tc>
        <w:tc>
          <w:tcPr>
            <w:tcW w:w="411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shd w:val="clear" w:color="auto" w:fill="F7F9FA"/>
            <w:vAlign w:val="center"/>
          </w:tcPr>
          <w:p w14:paraId="3C54DFE0" w14:textId="7AFEEE69" w:rsidR="00C5464D" w:rsidRPr="009B4BF4" w:rsidRDefault="00CC76B9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ga. Tadeja Resman Špes</w:t>
            </w:r>
          </w:p>
        </w:tc>
      </w:tr>
      <w:tr w:rsidR="00C5464D" w:rsidRPr="009B4BF4" w14:paraId="6C4BD71C" w14:textId="77777777" w:rsidTr="009B4BF4">
        <w:trPr>
          <w:trHeight w:val="465"/>
        </w:trPr>
        <w:tc>
          <w:tcPr>
            <w:tcW w:w="274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43992E01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15.45</w:t>
            </w:r>
          </w:p>
        </w:tc>
        <w:tc>
          <w:tcPr>
            <w:tcW w:w="219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6686A32B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1. razred</w:t>
            </w:r>
          </w:p>
        </w:tc>
        <w:tc>
          <w:tcPr>
            <w:tcW w:w="2197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62E9B69" w14:textId="77777777" w:rsidR="00C5464D" w:rsidRPr="009B4BF4" w:rsidRDefault="00000000">
            <w:pPr>
              <w:spacing w:after="0"/>
              <w:jc w:val="center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II. skupina</w:t>
            </w:r>
          </w:p>
        </w:tc>
        <w:tc>
          <w:tcPr>
            <w:tcW w:w="4119" w:type="dxa"/>
            <w:tcBorders>
              <w:top w:val="single" w:sz="4" w:space="0" w:color="B7C3CC"/>
              <w:left w:val="single" w:sz="4" w:space="0" w:color="B7C3CC"/>
              <w:bottom w:val="single" w:sz="4" w:space="0" w:color="B7C3CC"/>
              <w:right w:val="single" w:sz="4" w:space="0" w:color="B7C3CC"/>
            </w:tcBorders>
            <w:vAlign w:val="center"/>
          </w:tcPr>
          <w:p w14:paraId="550CEF79" w14:textId="210D3978" w:rsidR="00C5464D" w:rsidRPr="009B4BF4" w:rsidRDefault="00CC76B9">
            <w:pPr>
              <w:spacing w:after="0"/>
              <w:rPr>
                <w:sz w:val="24"/>
                <w:szCs w:val="32"/>
              </w:rPr>
            </w:pPr>
            <w:r w:rsidRPr="009B4BF4">
              <w:rPr>
                <w:sz w:val="24"/>
                <w:szCs w:val="32"/>
              </w:rPr>
              <w:t>ga. Tadeja Resman Špes</w:t>
            </w:r>
          </w:p>
        </w:tc>
      </w:tr>
    </w:tbl>
    <w:p w14:paraId="34884B6D" w14:textId="77777777" w:rsidR="00C5464D" w:rsidRPr="009B4BF4" w:rsidRDefault="00C5464D">
      <w:pPr>
        <w:spacing w:after="20"/>
        <w:rPr>
          <w:sz w:val="24"/>
          <w:szCs w:val="32"/>
        </w:rPr>
      </w:pPr>
    </w:p>
    <w:sectPr w:rsidR="00C5464D" w:rsidRPr="009B4BF4" w:rsidSect="009B4BF4">
      <w:pgSz w:w="12240" w:h="15840"/>
      <w:pgMar w:top="142" w:right="567" w:bottom="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3438560">
    <w:abstractNumId w:val="8"/>
  </w:num>
  <w:num w:numId="2" w16cid:durableId="1758088160">
    <w:abstractNumId w:val="6"/>
  </w:num>
  <w:num w:numId="3" w16cid:durableId="931206355">
    <w:abstractNumId w:val="5"/>
  </w:num>
  <w:num w:numId="4" w16cid:durableId="1794128036">
    <w:abstractNumId w:val="4"/>
  </w:num>
  <w:num w:numId="5" w16cid:durableId="1723554186">
    <w:abstractNumId w:val="7"/>
  </w:num>
  <w:num w:numId="6" w16cid:durableId="656808369">
    <w:abstractNumId w:val="3"/>
  </w:num>
  <w:num w:numId="7" w16cid:durableId="1849564310">
    <w:abstractNumId w:val="2"/>
  </w:num>
  <w:num w:numId="8" w16cid:durableId="1422603680">
    <w:abstractNumId w:val="1"/>
  </w:num>
  <w:num w:numId="9" w16cid:durableId="62640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BD4"/>
    <w:rsid w:val="001238A8"/>
    <w:rsid w:val="0015074B"/>
    <w:rsid w:val="0029639D"/>
    <w:rsid w:val="00326F90"/>
    <w:rsid w:val="004672F7"/>
    <w:rsid w:val="009019AB"/>
    <w:rsid w:val="00920D7E"/>
    <w:rsid w:val="009B3C33"/>
    <w:rsid w:val="009B4BF4"/>
    <w:rsid w:val="00AA1D8D"/>
    <w:rsid w:val="00B47730"/>
    <w:rsid w:val="00B513A5"/>
    <w:rsid w:val="00BD5CE1"/>
    <w:rsid w:val="00C5464D"/>
    <w:rsid w:val="00CB0664"/>
    <w:rsid w:val="00CC76B9"/>
    <w:rsid w:val="00E84717"/>
    <w:rsid w:val="00EF2217"/>
    <w:rsid w:val="00F637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38AAF"/>
  <w14:defaultImageDpi w14:val="300"/>
  <w15:docId w15:val="{819A3B14-AA39-4FE7-BA56-324820CD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rPr>
      <w:rFonts w:ascii="Aptos" w:hAnsi="Aptos"/>
      <w:sz w:val="18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927</Characters>
  <Application>Microsoft Office Word</Application>
  <DocSecurity>0</DocSecurity>
  <Lines>185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Stefan Hosta</cp:lastModifiedBy>
  <cp:revision>20</cp:revision>
  <dcterms:created xsi:type="dcterms:W3CDTF">2026-08-14T11:44:00Z</dcterms:created>
  <dcterms:modified xsi:type="dcterms:W3CDTF">2026-08-14T12:14:00Z</dcterms:modified>
  <cp:category/>
</cp:coreProperties>
</file>