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ACB52" w14:textId="6DA8A14E" w:rsidR="00CD7E38" w:rsidRPr="009B4BF4" w:rsidRDefault="00000000" w:rsidP="00CD7E38">
      <w:pPr>
        <w:spacing w:after="160"/>
        <w:ind w:left="1440"/>
        <w:jc w:val="center"/>
        <w:rPr>
          <w:sz w:val="20"/>
          <w:szCs w:val="24"/>
        </w:rPr>
      </w:pPr>
      <w:r w:rsidRPr="00CD7E38">
        <w:rPr>
          <w:b/>
          <w:sz w:val="32"/>
          <w:szCs w:val="20"/>
          <w:highlight w:val="lightGray"/>
        </w:rPr>
        <w:t>URNIK VEROUKA</w:t>
      </w:r>
      <w:r w:rsidR="00CD7E38" w:rsidRPr="00CD7E38">
        <w:rPr>
          <w:b/>
          <w:sz w:val="32"/>
          <w:szCs w:val="20"/>
          <w:highlight w:val="lightGray"/>
        </w:rPr>
        <w:t xml:space="preserve">           </w:t>
      </w:r>
      <w:r w:rsidR="00CD7E38" w:rsidRPr="00CD7E38">
        <w:rPr>
          <w:b/>
          <w:sz w:val="40"/>
          <w:szCs w:val="24"/>
          <w:highlight w:val="lightGray"/>
        </w:rPr>
        <w:t xml:space="preserve">   </w:t>
      </w:r>
      <w:r w:rsidR="00CD7E38" w:rsidRPr="00CD7E38">
        <w:rPr>
          <w:b/>
          <w:sz w:val="28"/>
          <w:szCs w:val="32"/>
          <w:highlight w:val="lightGray"/>
        </w:rPr>
        <w:t xml:space="preserve"> </w:t>
      </w:r>
      <w:proofErr w:type="spellStart"/>
      <w:r w:rsidR="00CD7E38" w:rsidRPr="00CD7E38">
        <w:rPr>
          <w:b/>
          <w:sz w:val="28"/>
          <w:szCs w:val="32"/>
          <w:highlight w:val="lightGray"/>
        </w:rPr>
        <w:t>Veroučno</w:t>
      </w:r>
      <w:proofErr w:type="spellEnd"/>
      <w:r w:rsidR="00CD7E38" w:rsidRPr="00CD7E38">
        <w:rPr>
          <w:b/>
          <w:sz w:val="28"/>
          <w:szCs w:val="32"/>
          <w:highlight w:val="lightGray"/>
        </w:rPr>
        <w:t xml:space="preserve"> </w:t>
      </w:r>
      <w:proofErr w:type="spellStart"/>
      <w:r w:rsidR="00CD7E38" w:rsidRPr="00CD7E38">
        <w:rPr>
          <w:b/>
          <w:sz w:val="28"/>
          <w:szCs w:val="32"/>
          <w:highlight w:val="lightGray"/>
        </w:rPr>
        <w:t>leto</w:t>
      </w:r>
      <w:proofErr w:type="spellEnd"/>
      <w:r w:rsidR="00CD7E38" w:rsidRPr="00CD7E38">
        <w:rPr>
          <w:b/>
          <w:sz w:val="28"/>
          <w:szCs w:val="32"/>
          <w:highlight w:val="lightGray"/>
        </w:rPr>
        <w:t xml:space="preserve"> 2026/2027</w:t>
      </w:r>
    </w:p>
    <w:p w14:paraId="312CBFD4" w14:textId="7F06E7DF" w:rsidR="00C5464D" w:rsidRPr="009B4BF4" w:rsidRDefault="00C5464D" w:rsidP="009B4BF4">
      <w:pPr>
        <w:ind w:left="1440"/>
        <w:jc w:val="center"/>
        <w:rPr>
          <w:sz w:val="16"/>
          <w:szCs w:val="20"/>
        </w:rPr>
      </w:pPr>
    </w:p>
    <w:p w14:paraId="3BFCAE45" w14:textId="68DD36CD" w:rsidR="00C5464D" w:rsidRPr="009B4BF4" w:rsidRDefault="00000000" w:rsidP="000F5BD4">
      <w:pPr>
        <w:spacing w:after="40"/>
        <w:rPr>
          <w:sz w:val="24"/>
          <w:szCs w:val="32"/>
          <w:u w:val="single"/>
        </w:rPr>
      </w:pPr>
      <w:r w:rsidRPr="009B4BF4">
        <w:rPr>
          <w:b/>
          <w:sz w:val="28"/>
          <w:szCs w:val="32"/>
          <w:u w:val="single"/>
        </w:rPr>
        <w:t>PONEDELJEK</w:t>
      </w:r>
    </w:p>
    <w:tbl>
      <w:tblPr>
        <w:tblW w:w="11194" w:type="dxa"/>
        <w:tblLayout w:type="fixed"/>
        <w:tblLook w:val="04A0" w:firstRow="1" w:lastRow="0" w:firstColumn="1" w:lastColumn="0" w:noHBand="0" w:noVBand="1"/>
      </w:tblPr>
      <w:tblGrid>
        <w:gridCol w:w="2756"/>
        <w:gridCol w:w="2212"/>
        <w:gridCol w:w="2212"/>
        <w:gridCol w:w="4014"/>
      </w:tblGrid>
      <w:tr w:rsidR="00C5464D" w:rsidRPr="009B4BF4" w14:paraId="4EC8EFA5" w14:textId="77777777" w:rsidTr="009B4BF4">
        <w:trPr>
          <w:trHeight w:val="264"/>
        </w:trPr>
        <w:tc>
          <w:tcPr>
            <w:tcW w:w="2756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67B66FBF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URA</w:t>
            </w:r>
          </w:p>
        </w:tc>
        <w:tc>
          <w:tcPr>
            <w:tcW w:w="221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5CE9D4B1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RAZRED</w:t>
            </w:r>
          </w:p>
        </w:tc>
        <w:tc>
          <w:tcPr>
            <w:tcW w:w="221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11917022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SKUPINA</w:t>
            </w:r>
          </w:p>
        </w:tc>
        <w:tc>
          <w:tcPr>
            <w:tcW w:w="4014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13877610" w14:textId="4C616D6F" w:rsidR="00C5464D" w:rsidRPr="009B4BF4" w:rsidRDefault="00000000" w:rsidP="000F5BD4">
            <w:pPr>
              <w:spacing w:after="0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KATEHET</w:t>
            </w:r>
            <w:r w:rsidR="000F5BD4" w:rsidRPr="009B4BF4">
              <w:rPr>
                <w:b/>
                <w:sz w:val="22"/>
                <w:szCs w:val="32"/>
              </w:rPr>
              <w:t>/KATEHISTINJA</w:t>
            </w:r>
          </w:p>
        </w:tc>
      </w:tr>
      <w:tr w:rsidR="00C5464D" w:rsidRPr="009B4BF4" w14:paraId="6890940E" w14:textId="77777777" w:rsidTr="009B4BF4">
        <w:trPr>
          <w:trHeight w:val="282"/>
        </w:trPr>
        <w:tc>
          <w:tcPr>
            <w:tcW w:w="2756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0D9E70C0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14.00</w:t>
            </w:r>
          </w:p>
        </w:tc>
        <w:tc>
          <w:tcPr>
            <w:tcW w:w="221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12582722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9. </w:t>
            </w:r>
            <w:proofErr w:type="spellStart"/>
            <w:r w:rsidRPr="009B4BF4">
              <w:rPr>
                <w:sz w:val="24"/>
                <w:szCs w:val="32"/>
              </w:rPr>
              <w:t>razred</w:t>
            </w:r>
            <w:proofErr w:type="spellEnd"/>
          </w:p>
        </w:tc>
        <w:tc>
          <w:tcPr>
            <w:tcW w:w="221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5AE1EB5D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I. </w:t>
            </w:r>
            <w:proofErr w:type="spellStart"/>
            <w:r w:rsidRPr="009B4BF4">
              <w:rPr>
                <w:sz w:val="24"/>
                <w:szCs w:val="32"/>
              </w:rPr>
              <w:t>skupina</w:t>
            </w:r>
            <w:proofErr w:type="spellEnd"/>
          </w:p>
        </w:tc>
        <w:tc>
          <w:tcPr>
            <w:tcW w:w="4014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280F287A" w14:textId="3E638592" w:rsidR="00C5464D" w:rsidRPr="009B4BF4" w:rsidRDefault="00920D7E">
            <w:pPr>
              <w:spacing w:after="0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g. </w:t>
            </w:r>
            <w:proofErr w:type="spellStart"/>
            <w:r w:rsidRPr="009B4BF4">
              <w:rPr>
                <w:sz w:val="24"/>
                <w:szCs w:val="32"/>
              </w:rPr>
              <w:t>župnik</w:t>
            </w:r>
            <w:proofErr w:type="spellEnd"/>
          </w:p>
        </w:tc>
      </w:tr>
      <w:tr w:rsidR="00C5464D" w:rsidRPr="009B4BF4" w14:paraId="0B495F70" w14:textId="77777777" w:rsidTr="009B4BF4">
        <w:trPr>
          <w:trHeight w:val="393"/>
        </w:trPr>
        <w:tc>
          <w:tcPr>
            <w:tcW w:w="2756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0D8CBEB9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15.00</w:t>
            </w:r>
          </w:p>
        </w:tc>
        <w:tc>
          <w:tcPr>
            <w:tcW w:w="221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6B7D6651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4. </w:t>
            </w:r>
            <w:proofErr w:type="spellStart"/>
            <w:r w:rsidRPr="009B4BF4">
              <w:rPr>
                <w:sz w:val="24"/>
                <w:szCs w:val="32"/>
              </w:rPr>
              <w:t>razred</w:t>
            </w:r>
            <w:proofErr w:type="spellEnd"/>
          </w:p>
        </w:tc>
        <w:tc>
          <w:tcPr>
            <w:tcW w:w="221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44CB2A96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I. </w:t>
            </w:r>
            <w:proofErr w:type="spellStart"/>
            <w:r w:rsidRPr="009B4BF4">
              <w:rPr>
                <w:sz w:val="24"/>
                <w:szCs w:val="32"/>
              </w:rPr>
              <w:t>skupina</w:t>
            </w:r>
            <w:proofErr w:type="spellEnd"/>
          </w:p>
        </w:tc>
        <w:tc>
          <w:tcPr>
            <w:tcW w:w="4014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412D8B64" w14:textId="0DBE891C" w:rsidR="00C5464D" w:rsidRPr="009B4BF4" w:rsidRDefault="00920D7E">
            <w:pPr>
              <w:spacing w:after="0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s. Anica Sabljak</w:t>
            </w:r>
          </w:p>
        </w:tc>
      </w:tr>
      <w:tr w:rsidR="00C5464D" w:rsidRPr="009B4BF4" w14:paraId="37BF2FFF" w14:textId="77777777" w:rsidTr="009B4BF4">
        <w:trPr>
          <w:trHeight w:val="370"/>
        </w:trPr>
        <w:tc>
          <w:tcPr>
            <w:tcW w:w="2756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18DEF294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15.30</w:t>
            </w:r>
          </w:p>
        </w:tc>
        <w:tc>
          <w:tcPr>
            <w:tcW w:w="221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3C0CD5A8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3. </w:t>
            </w:r>
            <w:proofErr w:type="spellStart"/>
            <w:r w:rsidRPr="009B4BF4">
              <w:rPr>
                <w:sz w:val="24"/>
                <w:szCs w:val="32"/>
              </w:rPr>
              <w:t>razred</w:t>
            </w:r>
            <w:proofErr w:type="spellEnd"/>
          </w:p>
        </w:tc>
        <w:tc>
          <w:tcPr>
            <w:tcW w:w="221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536D6938" w14:textId="77777777" w:rsidR="00C5464D" w:rsidRPr="009B4BF4" w:rsidRDefault="00C5464D">
            <w:pPr>
              <w:spacing w:after="0"/>
              <w:jc w:val="center"/>
              <w:rPr>
                <w:sz w:val="24"/>
                <w:szCs w:val="32"/>
              </w:rPr>
            </w:pPr>
          </w:p>
        </w:tc>
        <w:tc>
          <w:tcPr>
            <w:tcW w:w="4014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276A655C" w14:textId="70A14E26" w:rsidR="00C5464D" w:rsidRPr="009B4BF4" w:rsidRDefault="00920D7E">
            <w:pPr>
              <w:spacing w:after="0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g. </w:t>
            </w:r>
            <w:proofErr w:type="spellStart"/>
            <w:r w:rsidRPr="009B4BF4">
              <w:rPr>
                <w:sz w:val="24"/>
                <w:szCs w:val="32"/>
              </w:rPr>
              <w:t>župnik</w:t>
            </w:r>
            <w:proofErr w:type="spellEnd"/>
          </w:p>
        </w:tc>
      </w:tr>
      <w:tr w:rsidR="001238A8" w:rsidRPr="009B4BF4" w14:paraId="448BD973" w14:textId="77777777" w:rsidTr="009B4BF4">
        <w:trPr>
          <w:trHeight w:val="299"/>
        </w:trPr>
        <w:tc>
          <w:tcPr>
            <w:tcW w:w="2756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EEECE1" w:themeFill="background2"/>
            <w:vAlign w:val="center"/>
          </w:tcPr>
          <w:p w14:paraId="30AEFBD2" w14:textId="77777777" w:rsidR="001238A8" w:rsidRPr="009B4BF4" w:rsidRDefault="001238A8">
            <w:pPr>
              <w:spacing w:after="0"/>
              <w:jc w:val="center"/>
              <w:rPr>
                <w:sz w:val="24"/>
                <w:szCs w:val="32"/>
              </w:rPr>
            </w:pPr>
          </w:p>
        </w:tc>
        <w:tc>
          <w:tcPr>
            <w:tcW w:w="221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EEECE1" w:themeFill="background2"/>
            <w:vAlign w:val="center"/>
          </w:tcPr>
          <w:p w14:paraId="43FF8134" w14:textId="77777777" w:rsidR="001238A8" w:rsidRPr="009B4BF4" w:rsidRDefault="001238A8">
            <w:pPr>
              <w:spacing w:after="0"/>
              <w:jc w:val="center"/>
              <w:rPr>
                <w:sz w:val="24"/>
                <w:szCs w:val="32"/>
              </w:rPr>
            </w:pPr>
          </w:p>
        </w:tc>
        <w:tc>
          <w:tcPr>
            <w:tcW w:w="221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EEECE1" w:themeFill="background2"/>
            <w:vAlign w:val="center"/>
          </w:tcPr>
          <w:p w14:paraId="3C0C8088" w14:textId="77777777" w:rsidR="001238A8" w:rsidRPr="009B4BF4" w:rsidRDefault="001238A8">
            <w:pPr>
              <w:spacing w:after="0"/>
              <w:jc w:val="center"/>
              <w:rPr>
                <w:sz w:val="24"/>
                <w:szCs w:val="32"/>
              </w:rPr>
            </w:pPr>
          </w:p>
        </w:tc>
        <w:tc>
          <w:tcPr>
            <w:tcW w:w="4014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EEECE1" w:themeFill="background2"/>
            <w:vAlign w:val="center"/>
          </w:tcPr>
          <w:p w14:paraId="46ABB6AD" w14:textId="77777777" w:rsidR="001238A8" w:rsidRPr="009B4BF4" w:rsidRDefault="001238A8">
            <w:pPr>
              <w:spacing w:after="0"/>
              <w:rPr>
                <w:sz w:val="24"/>
                <w:szCs w:val="32"/>
              </w:rPr>
            </w:pPr>
          </w:p>
        </w:tc>
      </w:tr>
      <w:tr w:rsidR="001238A8" w:rsidRPr="009B4BF4" w14:paraId="3B016F0B" w14:textId="77777777" w:rsidTr="009B4BF4">
        <w:trPr>
          <w:trHeight w:val="581"/>
        </w:trPr>
        <w:tc>
          <w:tcPr>
            <w:tcW w:w="2756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4284B7FA" w14:textId="0CD6BE66" w:rsidR="001238A8" w:rsidRPr="009B4BF4" w:rsidRDefault="001238A8">
            <w:pPr>
              <w:spacing w:after="0"/>
              <w:jc w:val="center"/>
              <w:rPr>
                <w:b/>
                <w:bCs/>
                <w:i/>
                <w:iCs/>
                <w:sz w:val="24"/>
                <w:szCs w:val="32"/>
              </w:rPr>
            </w:pPr>
            <w:r w:rsidRPr="009B4BF4">
              <w:rPr>
                <w:b/>
                <w:bCs/>
                <w:i/>
                <w:iCs/>
                <w:sz w:val="24"/>
                <w:szCs w:val="32"/>
              </w:rPr>
              <w:t>STRANSKA VAS</w:t>
            </w:r>
          </w:p>
        </w:tc>
        <w:tc>
          <w:tcPr>
            <w:tcW w:w="221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7892C643" w14:textId="77777777" w:rsidR="001238A8" w:rsidRPr="009B4BF4" w:rsidRDefault="001238A8">
            <w:pPr>
              <w:spacing w:after="0"/>
              <w:jc w:val="center"/>
              <w:rPr>
                <w:sz w:val="24"/>
                <w:szCs w:val="32"/>
              </w:rPr>
            </w:pPr>
          </w:p>
        </w:tc>
        <w:tc>
          <w:tcPr>
            <w:tcW w:w="221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31CCED61" w14:textId="77777777" w:rsidR="001238A8" w:rsidRPr="009B4BF4" w:rsidRDefault="001238A8">
            <w:pPr>
              <w:spacing w:after="0"/>
              <w:jc w:val="center"/>
              <w:rPr>
                <w:sz w:val="24"/>
                <w:szCs w:val="32"/>
              </w:rPr>
            </w:pPr>
          </w:p>
        </w:tc>
        <w:tc>
          <w:tcPr>
            <w:tcW w:w="4014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1DBB7197" w14:textId="77777777" w:rsidR="001238A8" w:rsidRPr="009B4BF4" w:rsidRDefault="001238A8">
            <w:pPr>
              <w:spacing w:after="0"/>
              <w:rPr>
                <w:sz w:val="24"/>
                <w:szCs w:val="32"/>
              </w:rPr>
            </w:pPr>
          </w:p>
        </w:tc>
      </w:tr>
      <w:tr w:rsidR="001238A8" w:rsidRPr="009B4BF4" w14:paraId="0D1B7E2F" w14:textId="77777777" w:rsidTr="009B4BF4">
        <w:trPr>
          <w:trHeight w:val="581"/>
        </w:trPr>
        <w:tc>
          <w:tcPr>
            <w:tcW w:w="2756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7EFD5092" w14:textId="7602CE4D" w:rsidR="001238A8" w:rsidRPr="009B4BF4" w:rsidRDefault="001238A8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16.00</w:t>
            </w:r>
          </w:p>
        </w:tc>
        <w:tc>
          <w:tcPr>
            <w:tcW w:w="221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5708F5D0" w14:textId="61EE8D26" w:rsidR="001238A8" w:rsidRPr="009B4BF4" w:rsidRDefault="001238A8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4. in 5. </w:t>
            </w:r>
            <w:proofErr w:type="spellStart"/>
            <w:r w:rsidRPr="009B4BF4">
              <w:rPr>
                <w:sz w:val="24"/>
                <w:szCs w:val="32"/>
              </w:rPr>
              <w:t>razred</w:t>
            </w:r>
            <w:proofErr w:type="spellEnd"/>
          </w:p>
        </w:tc>
        <w:tc>
          <w:tcPr>
            <w:tcW w:w="221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0DCB014F" w14:textId="77777777" w:rsidR="001238A8" w:rsidRPr="009B4BF4" w:rsidRDefault="001238A8">
            <w:pPr>
              <w:spacing w:after="0"/>
              <w:jc w:val="center"/>
              <w:rPr>
                <w:sz w:val="24"/>
                <w:szCs w:val="32"/>
              </w:rPr>
            </w:pPr>
          </w:p>
        </w:tc>
        <w:tc>
          <w:tcPr>
            <w:tcW w:w="4014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3FFDF7E2" w14:textId="6756077A" w:rsidR="001238A8" w:rsidRPr="009B4BF4" w:rsidRDefault="001238A8">
            <w:pPr>
              <w:spacing w:after="0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ga. Andreja </w:t>
            </w:r>
            <w:proofErr w:type="spellStart"/>
            <w:r w:rsidRPr="009B4BF4">
              <w:rPr>
                <w:sz w:val="24"/>
                <w:szCs w:val="32"/>
              </w:rPr>
              <w:t>Bartolj</w:t>
            </w:r>
            <w:proofErr w:type="spellEnd"/>
            <w:r w:rsidRPr="009B4BF4">
              <w:rPr>
                <w:sz w:val="24"/>
                <w:szCs w:val="32"/>
              </w:rPr>
              <w:t xml:space="preserve"> Bele</w:t>
            </w:r>
          </w:p>
        </w:tc>
      </w:tr>
      <w:tr w:rsidR="001238A8" w:rsidRPr="009B4BF4" w14:paraId="6689AADE" w14:textId="77777777" w:rsidTr="009B4BF4">
        <w:trPr>
          <w:trHeight w:val="581"/>
        </w:trPr>
        <w:tc>
          <w:tcPr>
            <w:tcW w:w="2756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5330D7D8" w14:textId="3B1FF0E7" w:rsidR="001238A8" w:rsidRPr="009B4BF4" w:rsidRDefault="001238A8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16.45</w:t>
            </w:r>
          </w:p>
        </w:tc>
        <w:tc>
          <w:tcPr>
            <w:tcW w:w="221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13D56E8C" w14:textId="135C85E0" w:rsidR="001238A8" w:rsidRPr="009B4BF4" w:rsidRDefault="001238A8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1. in 2. </w:t>
            </w:r>
            <w:proofErr w:type="spellStart"/>
            <w:r w:rsidR="000F5BD4" w:rsidRPr="009B4BF4">
              <w:rPr>
                <w:sz w:val="24"/>
                <w:szCs w:val="32"/>
              </w:rPr>
              <w:t>r</w:t>
            </w:r>
            <w:r w:rsidRPr="009B4BF4">
              <w:rPr>
                <w:sz w:val="24"/>
                <w:szCs w:val="32"/>
              </w:rPr>
              <w:t>azred</w:t>
            </w:r>
            <w:proofErr w:type="spellEnd"/>
          </w:p>
        </w:tc>
        <w:tc>
          <w:tcPr>
            <w:tcW w:w="221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7DFEB065" w14:textId="77777777" w:rsidR="001238A8" w:rsidRPr="009B4BF4" w:rsidRDefault="001238A8">
            <w:pPr>
              <w:spacing w:after="0"/>
              <w:jc w:val="center"/>
              <w:rPr>
                <w:sz w:val="24"/>
                <w:szCs w:val="32"/>
              </w:rPr>
            </w:pPr>
          </w:p>
        </w:tc>
        <w:tc>
          <w:tcPr>
            <w:tcW w:w="4014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2EC21418" w14:textId="33EC3BD6" w:rsidR="001238A8" w:rsidRPr="009B4BF4" w:rsidRDefault="001238A8">
            <w:pPr>
              <w:spacing w:after="0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ga. Andreja </w:t>
            </w:r>
            <w:proofErr w:type="spellStart"/>
            <w:r w:rsidRPr="009B4BF4">
              <w:rPr>
                <w:sz w:val="24"/>
                <w:szCs w:val="32"/>
              </w:rPr>
              <w:t>Bartolj</w:t>
            </w:r>
            <w:proofErr w:type="spellEnd"/>
            <w:r w:rsidRPr="009B4BF4">
              <w:rPr>
                <w:sz w:val="24"/>
                <w:szCs w:val="32"/>
              </w:rPr>
              <w:t xml:space="preserve"> Bele</w:t>
            </w:r>
          </w:p>
        </w:tc>
      </w:tr>
    </w:tbl>
    <w:p w14:paraId="0C1FF967" w14:textId="171797FC" w:rsidR="00C5464D" w:rsidRPr="009B4BF4" w:rsidRDefault="004672F7" w:rsidP="000F5BD4">
      <w:pPr>
        <w:spacing w:after="40"/>
        <w:rPr>
          <w:sz w:val="24"/>
          <w:szCs w:val="32"/>
          <w:u w:val="single"/>
        </w:rPr>
      </w:pPr>
      <w:r w:rsidRPr="009B4BF4">
        <w:rPr>
          <w:b/>
          <w:sz w:val="28"/>
          <w:szCs w:val="32"/>
        </w:rPr>
        <w:t xml:space="preserve"> </w:t>
      </w:r>
      <w:r w:rsidRPr="009B4BF4">
        <w:rPr>
          <w:b/>
          <w:sz w:val="28"/>
          <w:szCs w:val="32"/>
          <w:u w:val="single"/>
        </w:rPr>
        <w:t>TOREK</w:t>
      </w:r>
    </w:p>
    <w:tbl>
      <w:tblPr>
        <w:tblW w:w="1119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73"/>
        <w:gridCol w:w="2217"/>
        <w:gridCol w:w="2217"/>
        <w:gridCol w:w="3992"/>
      </w:tblGrid>
      <w:tr w:rsidR="00C5464D" w:rsidRPr="009B4BF4" w14:paraId="6A7FD51E" w14:textId="77777777" w:rsidTr="009B4BF4">
        <w:trPr>
          <w:trHeight w:val="360"/>
        </w:trPr>
        <w:tc>
          <w:tcPr>
            <w:tcW w:w="2773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41AF96C5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URA</w:t>
            </w:r>
          </w:p>
        </w:tc>
        <w:tc>
          <w:tcPr>
            <w:tcW w:w="221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0837DFCF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RAZRED</w:t>
            </w:r>
          </w:p>
        </w:tc>
        <w:tc>
          <w:tcPr>
            <w:tcW w:w="221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6291AC50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SKUPINA</w:t>
            </w:r>
          </w:p>
        </w:tc>
        <w:tc>
          <w:tcPr>
            <w:tcW w:w="399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098C6809" w14:textId="52E89DA1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KATEHET</w:t>
            </w:r>
            <w:r w:rsidR="000F5BD4" w:rsidRPr="009B4BF4">
              <w:rPr>
                <w:b/>
                <w:sz w:val="22"/>
                <w:szCs w:val="32"/>
              </w:rPr>
              <w:t>/KATEHISTINJA</w:t>
            </w:r>
          </w:p>
        </w:tc>
      </w:tr>
      <w:tr w:rsidR="00C5464D" w:rsidRPr="009B4BF4" w14:paraId="58C45C3B" w14:textId="77777777" w:rsidTr="009B4BF4">
        <w:trPr>
          <w:trHeight w:val="384"/>
        </w:trPr>
        <w:tc>
          <w:tcPr>
            <w:tcW w:w="2773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451FD469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7.15</w:t>
            </w:r>
          </w:p>
        </w:tc>
        <w:tc>
          <w:tcPr>
            <w:tcW w:w="221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7124AB4A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6. </w:t>
            </w:r>
            <w:proofErr w:type="spellStart"/>
            <w:r w:rsidRPr="009B4BF4">
              <w:rPr>
                <w:sz w:val="24"/>
                <w:szCs w:val="32"/>
              </w:rPr>
              <w:t>razred</w:t>
            </w:r>
            <w:proofErr w:type="spellEnd"/>
          </w:p>
        </w:tc>
        <w:tc>
          <w:tcPr>
            <w:tcW w:w="221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26CC2C59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I. </w:t>
            </w:r>
            <w:proofErr w:type="spellStart"/>
            <w:r w:rsidRPr="009B4BF4">
              <w:rPr>
                <w:sz w:val="24"/>
                <w:szCs w:val="32"/>
              </w:rPr>
              <w:t>skupina</w:t>
            </w:r>
            <w:proofErr w:type="spellEnd"/>
          </w:p>
        </w:tc>
        <w:tc>
          <w:tcPr>
            <w:tcW w:w="399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01CE0C8E" w14:textId="08A49F0B" w:rsidR="00C5464D" w:rsidRPr="009B4BF4" w:rsidRDefault="00920D7E">
            <w:pPr>
              <w:spacing w:after="0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s. Marija Zabret</w:t>
            </w:r>
          </w:p>
        </w:tc>
      </w:tr>
      <w:tr w:rsidR="00C5464D" w:rsidRPr="009B4BF4" w14:paraId="72156DD0" w14:textId="77777777" w:rsidTr="009B4BF4">
        <w:trPr>
          <w:trHeight w:val="408"/>
        </w:trPr>
        <w:tc>
          <w:tcPr>
            <w:tcW w:w="2773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00132991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13.30</w:t>
            </w:r>
          </w:p>
        </w:tc>
        <w:tc>
          <w:tcPr>
            <w:tcW w:w="221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7A2E59E4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5. </w:t>
            </w:r>
            <w:proofErr w:type="spellStart"/>
            <w:r w:rsidRPr="009B4BF4">
              <w:rPr>
                <w:sz w:val="24"/>
                <w:szCs w:val="32"/>
              </w:rPr>
              <w:t>razred</w:t>
            </w:r>
            <w:proofErr w:type="spellEnd"/>
          </w:p>
        </w:tc>
        <w:tc>
          <w:tcPr>
            <w:tcW w:w="221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5F3B8533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I. </w:t>
            </w:r>
            <w:proofErr w:type="spellStart"/>
            <w:r w:rsidRPr="009B4BF4">
              <w:rPr>
                <w:sz w:val="24"/>
                <w:szCs w:val="32"/>
              </w:rPr>
              <w:t>skupina</w:t>
            </w:r>
            <w:proofErr w:type="spellEnd"/>
          </w:p>
        </w:tc>
        <w:tc>
          <w:tcPr>
            <w:tcW w:w="3992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0971E972" w14:textId="0D6117EE" w:rsidR="00C5464D" w:rsidRPr="009B4BF4" w:rsidRDefault="00920D7E">
            <w:pPr>
              <w:spacing w:after="0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ga. Erika Lozar</w:t>
            </w:r>
          </w:p>
        </w:tc>
      </w:tr>
    </w:tbl>
    <w:p w14:paraId="08EC1481" w14:textId="77777777" w:rsidR="009019AB" w:rsidRPr="00B44A62" w:rsidRDefault="009019AB" w:rsidP="00B44A62">
      <w:pPr>
        <w:spacing w:after="40" w:line="240" w:lineRule="auto"/>
        <w:rPr>
          <w:sz w:val="2"/>
          <w:szCs w:val="2"/>
        </w:rPr>
      </w:pPr>
    </w:p>
    <w:p w14:paraId="45F22318" w14:textId="63DB4166" w:rsidR="00C5464D" w:rsidRPr="009B4BF4" w:rsidRDefault="00000000" w:rsidP="009019AB">
      <w:pPr>
        <w:spacing w:after="40"/>
        <w:rPr>
          <w:sz w:val="24"/>
          <w:szCs w:val="32"/>
          <w:u w:val="single"/>
        </w:rPr>
      </w:pPr>
      <w:r w:rsidRPr="009B4BF4">
        <w:rPr>
          <w:b/>
          <w:sz w:val="28"/>
          <w:szCs w:val="32"/>
          <w:u w:val="single"/>
        </w:rPr>
        <w:t>SREDA</w:t>
      </w:r>
    </w:p>
    <w:tbl>
      <w:tblPr>
        <w:tblW w:w="1119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88"/>
        <w:gridCol w:w="2229"/>
        <w:gridCol w:w="2229"/>
        <w:gridCol w:w="3953"/>
      </w:tblGrid>
      <w:tr w:rsidR="00C5464D" w:rsidRPr="009B4BF4" w14:paraId="19031261" w14:textId="77777777" w:rsidTr="009B4BF4">
        <w:trPr>
          <w:trHeight w:val="585"/>
        </w:trPr>
        <w:tc>
          <w:tcPr>
            <w:tcW w:w="2788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75391B2B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URA</w:t>
            </w:r>
          </w:p>
        </w:tc>
        <w:tc>
          <w:tcPr>
            <w:tcW w:w="222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2AD43D74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RAZRED</w:t>
            </w:r>
          </w:p>
        </w:tc>
        <w:tc>
          <w:tcPr>
            <w:tcW w:w="222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2B46564C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SKUPINA</w:t>
            </w:r>
          </w:p>
        </w:tc>
        <w:tc>
          <w:tcPr>
            <w:tcW w:w="3953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44695C34" w14:textId="329D18CF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KATEHET</w:t>
            </w:r>
            <w:r w:rsidR="000F5BD4" w:rsidRPr="009B4BF4">
              <w:rPr>
                <w:b/>
                <w:sz w:val="22"/>
                <w:szCs w:val="32"/>
              </w:rPr>
              <w:t>/KATEHISTINJA</w:t>
            </w:r>
          </w:p>
        </w:tc>
      </w:tr>
      <w:tr w:rsidR="00C5464D" w:rsidRPr="009B4BF4" w14:paraId="585F8611" w14:textId="77777777" w:rsidTr="009B4BF4">
        <w:trPr>
          <w:trHeight w:val="624"/>
        </w:trPr>
        <w:tc>
          <w:tcPr>
            <w:tcW w:w="2788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25E4E4C3" w14:textId="77777777" w:rsidR="00C5464D" w:rsidRPr="009B4BF4" w:rsidRDefault="00000000" w:rsidP="00B44A62">
            <w:pPr>
              <w:spacing w:after="0" w:line="240" w:lineRule="auto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7.15</w:t>
            </w:r>
          </w:p>
        </w:tc>
        <w:tc>
          <w:tcPr>
            <w:tcW w:w="222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5928D84B" w14:textId="77777777" w:rsidR="00C5464D" w:rsidRPr="009B4BF4" w:rsidRDefault="00000000" w:rsidP="00B44A62">
            <w:pPr>
              <w:spacing w:after="0" w:line="240" w:lineRule="auto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5. </w:t>
            </w:r>
            <w:proofErr w:type="spellStart"/>
            <w:r w:rsidRPr="009B4BF4">
              <w:rPr>
                <w:sz w:val="24"/>
                <w:szCs w:val="32"/>
              </w:rPr>
              <w:t>razred</w:t>
            </w:r>
            <w:proofErr w:type="spellEnd"/>
          </w:p>
        </w:tc>
        <w:tc>
          <w:tcPr>
            <w:tcW w:w="222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0EFE8BB7" w14:textId="77777777" w:rsidR="00C5464D" w:rsidRPr="009B4BF4" w:rsidRDefault="00000000" w:rsidP="00B44A62">
            <w:pPr>
              <w:spacing w:after="0" w:line="240" w:lineRule="auto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II. </w:t>
            </w:r>
            <w:proofErr w:type="spellStart"/>
            <w:r w:rsidRPr="009B4BF4">
              <w:rPr>
                <w:sz w:val="24"/>
                <w:szCs w:val="32"/>
              </w:rPr>
              <w:t>skupina</w:t>
            </w:r>
            <w:proofErr w:type="spellEnd"/>
          </w:p>
        </w:tc>
        <w:tc>
          <w:tcPr>
            <w:tcW w:w="3953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5642B67C" w14:textId="6A2CCE64" w:rsidR="00C5464D" w:rsidRPr="009B4BF4" w:rsidRDefault="00BD5CE1" w:rsidP="00B44A62">
            <w:pPr>
              <w:spacing w:after="0" w:line="240" w:lineRule="auto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ga. Erika Lozar</w:t>
            </w:r>
          </w:p>
        </w:tc>
      </w:tr>
    </w:tbl>
    <w:p w14:paraId="041A9756" w14:textId="4A29C935" w:rsidR="009B3C33" w:rsidRPr="00B44A62" w:rsidRDefault="009B3C33" w:rsidP="00B44A62">
      <w:pPr>
        <w:spacing w:after="40" w:line="240" w:lineRule="auto"/>
        <w:rPr>
          <w:sz w:val="2"/>
          <w:szCs w:val="2"/>
        </w:rPr>
      </w:pPr>
    </w:p>
    <w:p w14:paraId="1D331E0E" w14:textId="0B2C82E1" w:rsidR="00C5464D" w:rsidRPr="009B4BF4" w:rsidRDefault="00000000" w:rsidP="00B44A62">
      <w:pPr>
        <w:spacing w:after="40" w:line="240" w:lineRule="auto"/>
        <w:rPr>
          <w:sz w:val="24"/>
          <w:szCs w:val="32"/>
          <w:u w:val="single"/>
        </w:rPr>
      </w:pPr>
      <w:r w:rsidRPr="009B4BF4">
        <w:rPr>
          <w:b/>
          <w:sz w:val="28"/>
          <w:szCs w:val="32"/>
          <w:u w:val="single"/>
        </w:rPr>
        <w:t>ČETRTEK</w:t>
      </w:r>
    </w:p>
    <w:tbl>
      <w:tblPr>
        <w:tblW w:w="1128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13"/>
        <w:gridCol w:w="2249"/>
        <w:gridCol w:w="2249"/>
        <w:gridCol w:w="3975"/>
      </w:tblGrid>
      <w:tr w:rsidR="00C5464D" w:rsidRPr="009B4BF4" w14:paraId="342E5107" w14:textId="77777777" w:rsidTr="009B4BF4">
        <w:trPr>
          <w:trHeight w:val="382"/>
        </w:trPr>
        <w:tc>
          <w:tcPr>
            <w:tcW w:w="2813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4D14D195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URA</w:t>
            </w:r>
          </w:p>
        </w:tc>
        <w:tc>
          <w:tcPr>
            <w:tcW w:w="224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32B91A72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RAZRED</w:t>
            </w:r>
          </w:p>
        </w:tc>
        <w:tc>
          <w:tcPr>
            <w:tcW w:w="224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02384EAD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SKUPINA</w:t>
            </w:r>
          </w:p>
        </w:tc>
        <w:tc>
          <w:tcPr>
            <w:tcW w:w="3975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452EEC5C" w14:textId="4FCD898D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KATEHET</w:t>
            </w:r>
            <w:r w:rsidR="000F5BD4" w:rsidRPr="009B4BF4">
              <w:rPr>
                <w:b/>
                <w:sz w:val="22"/>
                <w:szCs w:val="32"/>
              </w:rPr>
              <w:t>/KATEHISTINJA</w:t>
            </w:r>
          </w:p>
        </w:tc>
      </w:tr>
      <w:tr w:rsidR="00C5464D" w:rsidRPr="009B4BF4" w14:paraId="1052CBE0" w14:textId="77777777" w:rsidTr="009B4BF4">
        <w:trPr>
          <w:trHeight w:val="407"/>
        </w:trPr>
        <w:tc>
          <w:tcPr>
            <w:tcW w:w="2813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6FE74E95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7.15</w:t>
            </w:r>
          </w:p>
        </w:tc>
        <w:tc>
          <w:tcPr>
            <w:tcW w:w="224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17BEB08E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7. </w:t>
            </w:r>
            <w:proofErr w:type="spellStart"/>
            <w:r w:rsidRPr="009B4BF4">
              <w:rPr>
                <w:sz w:val="24"/>
                <w:szCs w:val="32"/>
              </w:rPr>
              <w:t>razred</w:t>
            </w:r>
            <w:proofErr w:type="spellEnd"/>
          </w:p>
        </w:tc>
        <w:tc>
          <w:tcPr>
            <w:tcW w:w="224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0987E5F8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I. </w:t>
            </w:r>
            <w:proofErr w:type="spellStart"/>
            <w:r w:rsidRPr="009B4BF4">
              <w:rPr>
                <w:sz w:val="24"/>
                <w:szCs w:val="32"/>
              </w:rPr>
              <w:t>skupina</w:t>
            </w:r>
            <w:proofErr w:type="spellEnd"/>
          </w:p>
        </w:tc>
        <w:tc>
          <w:tcPr>
            <w:tcW w:w="3975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3D8E1F47" w14:textId="3144C2E3" w:rsidR="00C5464D" w:rsidRPr="009B4BF4" w:rsidRDefault="00F637FE">
            <w:pPr>
              <w:spacing w:after="0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s. Marija Zabret</w:t>
            </w:r>
          </w:p>
        </w:tc>
      </w:tr>
      <w:tr w:rsidR="00C5464D" w:rsidRPr="009B4BF4" w14:paraId="3B7676F3" w14:textId="77777777" w:rsidTr="009B4BF4">
        <w:trPr>
          <w:trHeight w:val="433"/>
        </w:trPr>
        <w:tc>
          <w:tcPr>
            <w:tcW w:w="2813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53640520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7.15</w:t>
            </w:r>
          </w:p>
        </w:tc>
        <w:tc>
          <w:tcPr>
            <w:tcW w:w="224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3F2571AB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4. </w:t>
            </w:r>
            <w:proofErr w:type="spellStart"/>
            <w:r w:rsidRPr="009B4BF4">
              <w:rPr>
                <w:sz w:val="24"/>
                <w:szCs w:val="32"/>
              </w:rPr>
              <w:t>razred</w:t>
            </w:r>
            <w:proofErr w:type="spellEnd"/>
          </w:p>
        </w:tc>
        <w:tc>
          <w:tcPr>
            <w:tcW w:w="224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1A868D2F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II. </w:t>
            </w:r>
            <w:proofErr w:type="spellStart"/>
            <w:r w:rsidRPr="009B4BF4">
              <w:rPr>
                <w:sz w:val="24"/>
                <w:szCs w:val="32"/>
              </w:rPr>
              <w:t>skupina</w:t>
            </w:r>
            <w:proofErr w:type="spellEnd"/>
          </w:p>
        </w:tc>
        <w:tc>
          <w:tcPr>
            <w:tcW w:w="3975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36E2F24E" w14:textId="3D5A5167" w:rsidR="00C5464D" w:rsidRPr="009B4BF4" w:rsidRDefault="00F637FE">
            <w:pPr>
              <w:spacing w:after="0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s. Anica Sabljak</w:t>
            </w:r>
          </w:p>
        </w:tc>
      </w:tr>
      <w:tr w:rsidR="004A575F" w:rsidRPr="009B4BF4" w14:paraId="32AF8DF2" w14:textId="77777777" w:rsidTr="009B4BF4">
        <w:trPr>
          <w:trHeight w:val="433"/>
        </w:trPr>
        <w:tc>
          <w:tcPr>
            <w:tcW w:w="2813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6B5504A4" w14:textId="58139C65" w:rsidR="004A575F" w:rsidRPr="009B4BF4" w:rsidRDefault="004A575F">
            <w:pPr>
              <w:spacing w:after="0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14.00</w:t>
            </w:r>
          </w:p>
        </w:tc>
        <w:tc>
          <w:tcPr>
            <w:tcW w:w="224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379FF0B4" w14:textId="2F7F7851" w:rsidR="004A575F" w:rsidRPr="009B4BF4" w:rsidRDefault="004A575F">
            <w:pPr>
              <w:spacing w:after="0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 xml:space="preserve">7. </w:t>
            </w:r>
            <w:proofErr w:type="spellStart"/>
            <w:r>
              <w:rPr>
                <w:sz w:val="24"/>
                <w:szCs w:val="32"/>
              </w:rPr>
              <w:t>razred</w:t>
            </w:r>
            <w:proofErr w:type="spellEnd"/>
          </w:p>
        </w:tc>
        <w:tc>
          <w:tcPr>
            <w:tcW w:w="224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0DE1FD3D" w14:textId="5070C680" w:rsidR="004A575F" w:rsidRPr="009B4BF4" w:rsidRDefault="004A575F">
            <w:pPr>
              <w:spacing w:after="0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 xml:space="preserve">II. </w:t>
            </w:r>
            <w:proofErr w:type="spellStart"/>
            <w:r>
              <w:rPr>
                <w:sz w:val="24"/>
                <w:szCs w:val="32"/>
              </w:rPr>
              <w:t>skupina</w:t>
            </w:r>
            <w:proofErr w:type="spellEnd"/>
          </w:p>
        </w:tc>
        <w:tc>
          <w:tcPr>
            <w:tcW w:w="3975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31BCCA74" w14:textId="28BC26E1" w:rsidR="004A575F" w:rsidRPr="009B4BF4" w:rsidRDefault="004A575F">
            <w:pPr>
              <w:spacing w:after="0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s. Marija Zabret</w:t>
            </w:r>
          </w:p>
        </w:tc>
      </w:tr>
      <w:tr w:rsidR="00C5464D" w:rsidRPr="009B4BF4" w14:paraId="41B71A13" w14:textId="77777777" w:rsidTr="009B4BF4">
        <w:trPr>
          <w:trHeight w:val="407"/>
        </w:trPr>
        <w:tc>
          <w:tcPr>
            <w:tcW w:w="2813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4ABE0F3C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15.00</w:t>
            </w:r>
          </w:p>
        </w:tc>
        <w:tc>
          <w:tcPr>
            <w:tcW w:w="224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785B4B28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2. </w:t>
            </w:r>
            <w:proofErr w:type="spellStart"/>
            <w:r w:rsidRPr="009B4BF4">
              <w:rPr>
                <w:sz w:val="24"/>
                <w:szCs w:val="32"/>
              </w:rPr>
              <w:t>razred</w:t>
            </w:r>
            <w:proofErr w:type="spellEnd"/>
          </w:p>
        </w:tc>
        <w:tc>
          <w:tcPr>
            <w:tcW w:w="224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615F3FFB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I. </w:t>
            </w:r>
            <w:proofErr w:type="spellStart"/>
            <w:r w:rsidRPr="009B4BF4">
              <w:rPr>
                <w:sz w:val="24"/>
                <w:szCs w:val="32"/>
              </w:rPr>
              <w:t>skupina</w:t>
            </w:r>
            <w:proofErr w:type="spellEnd"/>
          </w:p>
        </w:tc>
        <w:tc>
          <w:tcPr>
            <w:tcW w:w="3975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1E26632B" w14:textId="59470FFA" w:rsidR="00C5464D" w:rsidRPr="009B4BF4" w:rsidRDefault="00F637FE">
            <w:pPr>
              <w:spacing w:after="0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ga. Tadeja Resman Špes</w:t>
            </w:r>
          </w:p>
        </w:tc>
      </w:tr>
      <w:tr w:rsidR="00C5464D" w:rsidRPr="009B4BF4" w14:paraId="7BBB258B" w14:textId="77777777" w:rsidTr="009B4BF4">
        <w:trPr>
          <w:trHeight w:val="433"/>
        </w:trPr>
        <w:tc>
          <w:tcPr>
            <w:tcW w:w="2813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2870203F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15.00</w:t>
            </w:r>
          </w:p>
        </w:tc>
        <w:tc>
          <w:tcPr>
            <w:tcW w:w="224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7091E674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8. </w:t>
            </w:r>
            <w:proofErr w:type="spellStart"/>
            <w:r w:rsidRPr="009B4BF4">
              <w:rPr>
                <w:sz w:val="24"/>
                <w:szCs w:val="32"/>
              </w:rPr>
              <w:t>razred</w:t>
            </w:r>
            <w:proofErr w:type="spellEnd"/>
          </w:p>
        </w:tc>
        <w:tc>
          <w:tcPr>
            <w:tcW w:w="224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2842DA9E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I. </w:t>
            </w:r>
            <w:proofErr w:type="spellStart"/>
            <w:r w:rsidRPr="009B4BF4">
              <w:rPr>
                <w:sz w:val="24"/>
                <w:szCs w:val="32"/>
              </w:rPr>
              <w:t>skupina</w:t>
            </w:r>
            <w:proofErr w:type="spellEnd"/>
          </w:p>
        </w:tc>
        <w:tc>
          <w:tcPr>
            <w:tcW w:w="3975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27C99739" w14:textId="35F54D84" w:rsidR="00C5464D" w:rsidRPr="009B4BF4" w:rsidRDefault="00F637FE">
            <w:pPr>
              <w:spacing w:after="0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s. Marija Zabret</w:t>
            </w:r>
          </w:p>
        </w:tc>
      </w:tr>
      <w:tr w:rsidR="00C5464D" w:rsidRPr="009B4BF4" w14:paraId="0A38394A" w14:textId="77777777" w:rsidTr="009B4BF4">
        <w:trPr>
          <w:trHeight w:val="407"/>
        </w:trPr>
        <w:tc>
          <w:tcPr>
            <w:tcW w:w="2813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559C3C68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15.45</w:t>
            </w:r>
          </w:p>
        </w:tc>
        <w:tc>
          <w:tcPr>
            <w:tcW w:w="224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65C645CF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2. </w:t>
            </w:r>
            <w:proofErr w:type="spellStart"/>
            <w:r w:rsidRPr="009B4BF4">
              <w:rPr>
                <w:sz w:val="24"/>
                <w:szCs w:val="32"/>
              </w:rPr>
              <w:t>razred</w:t>
            </w:r>
            <w:proofErr w:type="spellEnd"/>
          </w:p>
        </w:tc>
        <w:tc>
          <w:tcPr>
            <w:tcW w:w="224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027102D9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II. </w:t>
            </w:r>
            <w:proofErr w:type="spellStart"/>
            <w:r w:rsidRPr="009B4BF4">
              <w:rPr>
                <w:sz w:val="24"/>
                <w:szCs w:val="32"/>
              </w:rPr>
              <w:t>skupina</w:t>
            </w:r>
            <w:proofErr w:type="spellEnd"/>
          </w:p>
        </w:tc>
        <w:tc>
          <w:tcPr>
            <w:tcW w:w="3975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448700D8" w14:textId="120F961F" w:rsidR="00C5464D" w:rsidRPr="009B4BF4" w:rsidRDefault="00CC76B9">
            <w:pPr>
              <w:spacing w:after="0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ga. Tadeja Resman Špes</w:t>
            </w:r>
          </w:p>
        </w:tc>
      </w:tr>
      <w:tr w:rsidR="00C5464D" w:rsidRPr="009B4BF4" w14:paraId="1187C649" w14:textId="77777777" w:rsidTr="009B4BF4">
        <w:trPr>
          <w:trHeight w:val="407"/>
        </w:trPr>
        <w:tc>
          <w:tcPr>
            <w:tcW w:w="2813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29FA75B2" w14:textId="6329B4E2" w:rsidR="00C5464D" w:rsidRPr="009B4BF4" w:rsidRDefault="00494D97">
            <w:pPr>
              <w:spacing w:after="0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16.00</w:t>
            </w:r>
          </w:p>
        </w:tc>
        <w:tc>
          <w:tcPr>
            <w:tcW w:w="224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0881EEC8" w14:textId="614840EC" w:rsidR="00C5464D" w:rsidRPr="009B4BF4" w:rsidRDefault="00494D97">
            <w:pPr>
              <w:spacing w:after="0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6</w:t>
            </w:r>
            <w:r w:rsidR="00000000" w:rsidRPr="009B4BF4">
              <w:rPr>
                <w:sz w:val="24"/>
                <w:szCs w:val="32"/>
              </w:rPr>
              <w:t xml:space="preserve">. </w:t>
            </w:r>
            <w:proofErr w:type="spellStart"/>
            <w:r w:rsidR="00000000" w:rsidRPr="009B4BF4">
              <w:rPr>
                <w:sz w:val="24"/>
                <w:szCs w:val="32"/>
              </w:rPr>
              <w:t>razred</w:t>
            </w:r>
            <w:proofErr w:type="spellEnd"/>
          </w:p>
        </w:tc>
        <w:tc>
          <w:tcPr>
            <w:tcW w:w="224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7BB21C36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II. </w:t>
            </w:r>
            <w:proofErr w:type="spellStart"/>
            <w:r w:rsidRPr="009B4BF4">
              <w:rPr>
                <w:sz w:val="24"/>
                <w:szCs w:val="32"/>
              </w:rPr>
              <w:t>skupina</w:t>
            </w:r>
            <w:proofErr w:type="spellEnd"/>
          </w:p>
        </w:tc>
        <w:tc>
          <w:tcPr>
            <w:tcW w:w="3975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7AF12E3D" w14:textId="1EAB8CA2" w:rsidR="00C5464D" w:rsidRPr="009B4BF4" w:rsidRDefault="00F637FE">
            <w:pPr>
              <w:spacing w:after="0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s. Marija Zabret</w:t>
            </w:r>
          </w:p>
        </w:tc>
      </w:tr>
    </w:tbl>
    <w:p w14:paraId="3064AE11" w14:textId="097CA1D8" w:rsidR="00C5464D" w:rsidRPr="00EF2217" w:rsidRDefault="00000000" w:rsidP="00EF2217">
      <w:pPr>
        <w:spacing w:after="40"/>
        <w:rPr>
          <w:sz w:val="24"/>
          <w:szCs w:val="32"/>
          <w:u w:val="single"/>
        </w:rPr>
      </w:pPr>
      <w:r w:rsidRPr="00EF2217">
        <w:rPr>
          <w:b/>
          <w:sz w:val="28"/>
          <w:szCs w:val="32"/>
          <w:u w:val="single"/>
        </w:rPr>
        <w:t>PETEK</w:t>
      </w:r>
    </w:p>
    <w:tbl>
      <w:tblPr>
        <w:tblW w:w="112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47"/>
        <w:gridCol w:w="2197"/>
        <w:gridCol w:w="2197"/>
        <w:gridCol w:w="4119"/>
      </w:tblGrid>
      <w:tr w:rsidR="00C5464D" w:rsidRPr="009B4BF4" w14:paraId="30A382CC" w14:textId="77777777" w:rsidTr="009B4BF4">
        <w:trPr>
          <w:trHeight w:val="436"/>
        </w:trPr>
        <w:tc>
          <w:tcPr>
            <w:tcW w:w="274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21769AF8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URA</w:t>
            </w:r>
          </w:p>
        </w:tc>
        <w:tc>
          <w:tcPr>
            <w:tcW w:w="219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5E23D8EF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RAZRED</w:t>
            </w:r>
          </w:p>
        </w:tc>
        <w:tc>
          <w:tcPr>
            <w:tcW w:w="219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2046358C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SKUPINA</w:t>
            </w:r>
          </w:p>
        </w:tc>
        <w:tc>
          <w:tcPr>
            <w:tcW w:w="411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D9EAF7"/>
            <w:vAlign w:val="center"/>
          </w:tcPr>
          <w:p w14:paraId="408104D7" w14:textId="1B22C396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b/>
                <w:sz w:val="22"/>
                <w:szCs w:val="32"/>
              </w:rPr>
              <w:t>KATEHET</w:t>
            </w:r>
            <w:r w:rsidR="000F5BD4" w:rsidRPr="009B4BF4">
              <w:rPr>
                <w:b/>
                <w:sz w:val="22"/>
                <w:szCs w:val="32"/>
              </w:rPr>
              <w:t>/KATEHISTINJA</w:t>
            </w:r>
          </w:p>
        </w:tc>
      </w:tr>
      <w:tr w:rsidR="00C5464D" w:rsidRPr="009B4BF4" w14:paraId="16D1B3FA" w14:textId="77777777" w:rsidTr="009B4BF4">
        <w:trPr>
          <w:trHeight w:val="465"/>
        </w:trPr>
        <w:tc>
          <w:tcPr>
            <w:tcW w:w="274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0BDDAC05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7.15</w:t>
            </w:r>
          </w:p>
        </w:tc>
        <w:tc>
          <w:tcPr>
            <w:tcW w:w="219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521D0279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9. </w:t>
            </w:r>
            <w:proofErr w:type="spellStart"/>
            <w:r w:rsidRPr="009B4BF4">
              <w:rPr>
                <w:sz w:val="24"/>
                <w:szCs w:val="32"/>
              </w:rPr>
              <w:t>razred</w:t>
            </w:r>
            <w:proofErr w:type="spellEnd"/>
          </w:p>
        </w:tc>
        <w:tc>
          <w:tcPr>
            <w:tcW w:w="219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3DF4C0D0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II. </w:t>
            </w:r>
            <w:proofErr w:type="spellStart"/>
            <w:r w:rsidRPr="009B4BF4">
              <w:rPr>
                <w:sz w:val="24"/>
                <w:szCs w:val="32"/>
              </w:rPr>
              <w:t>skupina</w:t>
            </w:r>
            <w:proofErr w:type="spellEnd"/>
          </w:p>
        </w:tc>
        <w:tc>
          <w:tcPr>
            <w:tcW w:w="411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7195B1C5" w14:textId="64554EC3" w:rsidR="00C5464D" w:rsidRPr="009B4BF4" w:rsidRDefault="00CC76B9">
            <w:pPr>
              <w:spacing w:after="0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 xml:space="preserve">g. </w:t>
            </w:r>
            <w:proofErr w:type="spellStart"/>
            <w:r w:rsidRPr="009B4BF4">
              <w:rPr>
                <w:sz w:val="24"/>
                <w:szCs w:val="32"/>
              </w:rPr>
              <w:t>župnik</w:t>
            </w:r>
            <w:proofErr w:type="spellEnd"/>
          </w:p>
        </w:tc>
      </w:tr>
      <w:tr w:rsidR="006A0043" w:rsidRPr="009B4BF4" w14:paraId="7FB0CF77" w14:textId="77777777" w:rsidTr="009B4BF4">
        <w:trPr>
          <w:trHeight w:val="465"/>
        </w:trPr>
        <w:tc>
          <w:tcPr>
            <w:tcW w:w="274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13E1618A" w14:textId="3FFA94D4" w:rsidR="006A0043" w:rsidRPr="009B4BF4" w:rsidRDefault="006A0043">
            <w:pPr>
              <w:spacing w:after="0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7.15</w:t>
            </w:r>
          </w:p>
        </w:tc>
        <w:tc>
          <w:tcPr>
            <w:tcW w:w="219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4867BA42" w14:textId="1559B61E" w:rsidR="006A0043" w:rsidRPr="009B4BF4" w:rsidRDefault="006A0043">
            <w:pPr>
              <w:spacing w:after="0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 xml:space="preserve">8. </w:t>
            </w:r>
            <w:proofErr w:type="spellStart"/>
            <w:r>
              <w:rPr>
                <w:sz w:val="24"/>
                <w:szCs w:val="32"/>
              </w:rPr>
              <w:t>razred</w:t>
            </w:r>
            <w:proofErr w:type="spellEnd"/>
          </w:p>
        </w:tc>
        <w:tc>
          <w:tcPr>
            <w:tcW w:w="219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4E61489F" w14:textId="6E3DDF26" w:rsidR="006A0043" w:rsidRPr="009B4BF4" w:rsidRDefault="006A0043">
            <w:pPr>
              <w:spacing w:after="0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 xml:space="preserve">II. </w:t>
            </w:r>
            <w:proofErr w:type="spellStart"/>
            <w:r>
              <w:rPr>
                <w:sz w:val="24"/>
                <w:szCs w:val="32"/>
              </w:rPr>
              <w:t>skupina</w:t>
            </w:r>
            <w:proofErr w:type="spellEnd"/>
          </w:p>
        </w:tc>
        <w:tc>
          <w:tcPr>
            <w:tcW w:w="411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052BE304" w14:textId="3E13955F" w:rsidR="006A0043" w:rsidRPr="009B4BF4" w:rsidRDefault="006A0043">
            <w:pPr>
              <w:spacing w:after="0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s. Marija Zabret</w:t>
            </w:r>
          </w:p>
        </w:tc>
      </w:tr>
      <w:tr w:rsidR="00C5464D" w:rsidRPr="009B4BF4" w14:paraId="1F1D56D7" w14:textId="77777777" w:rsidTr="009B4BF4">
        <w:trPr>
          <w:trHeight w:val="494"/>
        </w:trPr>
        <w:tc>
          <w:tcPr>
            <w:tcW w:w="274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05F23665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15.00</w:t>
            </w:r>
          </w:p>
        </w:tc>
        <w:tc>
          <w:tcPr>
            <w:tcW w:w="219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381D797D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1. razred</w:t>
            </w:r>
          </w:p>
        </w:tc>
        <w:tc>
          <w:tcPr>
            <w:tcW w:w="219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5DCA7E1C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I. skupina</w:t>
            </w:r>
          </w:p>
        </w:tc>
        <w:tc>
          <w:tcPr>
            <w:tcW w:w="411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shd w:val="clear" w:color="auto" w:fill="F7F9FA"/>
            <w:vAlign w:val="center"/>
          </w:tcPr>
          <w:p w14:paraId="3C54DFE0" w14:textId="7AFEEE69" w:rsidR="00C5464D" w:rsidRPr="009B4BF4" w:rsidRDefault="00CC76B9">
            <w:pPr>
              <w:spacing w:after="0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ga. Tadeja Resman Špes</w:t>
            </w:r>
          </w:p>
        </w:tc>
      </w:tr>
      <w:tr w:rsidR="00C5464D" w:rsidRPr="009B4BF4" w14:paraId="6C4BD71C" w14:textId="77777777" w:rsidTr="009B4BF4">
        <w:trPr>
          <w:trHeight w:val="465"/>
        </w:trPr>
        <w:tc>
          <w:tcPr>
            <w:tcW w:w="274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43992E01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15.45</w:t>
            </w:r>
          </w:p>
        </w:tc>
        <w:tc>
          <w:tcPr>
            <w:tcW w:w="219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6686A32B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1. razred</w:t>
            </w:r>
          </w:p>
        </w:tc>
        <w:tc>
          <w:tcPr>
            <w:tcW w:w="2197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562E9B69" w14:textId="77777777" w:rsidR="00C5464D" w:rsidRPr="009B4BF4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II. skupina</w:t>
            </w:r>
          </w:p>
        </w:tc>
        <w:tc>
          <w:tcPr>
            <w:tcW w:w="4119" w:type="dxa"/>
            <w:tcBorders>
              <w:top w:val="single" w:sz="4" w:space="0" w:color="B7C3CC"/>
              <w:left w:val="single" w:sz="4" w:space="0" w:color="B7C3CC"/>
              <w:bottom w:val="single" w:sz="4" w:space="0" w:color="B7C3CC"/>
              <w:right w:val="single" w:sz="4" w:space="0" w:color="B7C3CC"/>
            </w:tcBorders>
            <w:vAlign w:val="center"/>
          </w:tcPr>
          <w:p w14:paraId="550CEF79" w14:textId="210D3978" w:rsidR="00C5464D" w:rsidRPr="009B4BF4" w:rsidRDefault="00CC76B9">
            <w:pPr>
              <w:spacing w:after="0"/>
              <w:rPr>
                <w:sz w:val="24"/>
                <w:szCs w:val="32"/>
              </w:rPr>
            </w:pPr>
            <w:r w:rsidRPr="009B4BF4">
              <w:rPr>
                <w:sz w:val="24"/>
                <w:szCs w:val="32"/>
              </w:rPr>
              <w:t>ga. Tadeja Resman Špes</w:t>
            </w:r>
          </w:p>
        </w:tc>
      </w:tr>
    </w:tbl>
    <w:p w14:paraId="34884B6D" w14:textId="77777777" w:rsidR="00C5464D" w:rsidRPr="009B4BF4" w:rsidRDefault="00C5464D">
      <w:pPr>
        <w:spacing w:after="20"/>
        <w:rPr>
          <w:sz w:val="24"/>
          <w:szCs w:val="32"/>
        </w:rPr>
      </w:pPr>
    </w:p>
    <w:sectPr w:rsidR="00C5464D" w:rsidRPr="009B4BF4" w:rsidSect="00B44A62">
      <w:pgSz w:w="12240" w:h="15840"/>
      <w:pgMar w:top="284" w:right="567" w:bottom="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3438560">
    <w:abstractNumId w:val="8"/>
  </w:num>
  <w:num w:numId="2" w16cid:durableId="1758088160">
    <w:abstractNumId w:val="6"/>
  </w:num>
  <w:num w:numId="3" w16cid:durableId="931206355">
    <w:abstractNumId w:val="5"/>
  </w:num>
  <w:num w:numId="4" w16cid:durableId="1794128036">
    <w:abstractNumId w:val="4"/>
  </w:num>
  <w:num w:numId="5" w16cid:durableId="1723554186">
    <w:abstractNumId w:val="7"/>
  </w:num>
  <w:num w:numId="6" w16cid:durableId="656808369">
    <w:abstractNumId w:val="3"/>
  </w:num>
  <w:num w:numId="7" w16cid:durableId="1849564310">
    <w:abstractNumId w:val="2"/>
  </w:num>
  <w:num w:numId="8" w16cid:durableId="1422603680">
    <w:abstractNumId w:val="1"/>
  </w:num>
  <w:num w:numId="9" w16cid:durableId="626401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BD4"/>
    <w:rsid w:val="001238A8"/>
    <w:rsid w:val="0015074B"/>
    <w:rsid w:val="001E3E43"/>
    <w:rsid w:val="0029639D"/>
    <w:rsid w:val="00326F90"/>
    <w:rsid w:val="004672F7"/>
    <w:rsid w:val="00494D97"/>
    <w:rsid w:val="004A575F"/>
    <w:rsid w:val="00503656"/>
    <w:rsid w:val="006A0043"/>
    <w:rsid w:val="009019AB"/>
    <w:rsid w:val="00920D7E"/>
    <w:rsid w:val="009B3C33"/>
    <w:rsid w:val="009B4BF4"/>
    <w:rsid w:val="00AA1D8D"/>
    <w:rsid w:val="00AB0146"/>
    <w:rsid w:val="00B44A62"/>
    <w:rsid w:val="00B47730"/>
    <w:rsid w:val="00B513A5"/>
    <w:rsid w:val="00BD5CE1"/>
    <w:rsid w:val="00C5464D"/>
    <w:rsid w:val="00CB0664"/>
    <w:rsid w:val="00CC76B9"/>
    <w:rsid w:val="00CD7E38"/>
    <w:rsid w:val="00E84717"/>
    <w:rsid w:val="00EF2217"/>
    <w:rsid w:val="00F637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B38AAF"/>
  <w14:defaultImageDpi w14:val="300"/>
  <w15:docId w15:val="{819A3B14-AA39-4FE7-BA56-324820CDB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rPr>
      <w:rFonts w:ascii="Aptos" w:hAnsi="Aptos"/>
      <w:sz w:val="18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985</Characters>
  <Application>Microsoft Office Word</Application>
  <DocSecurity>0</DocSecurity>
  <Lines>140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Stefan Hosta</cp:lastModifiedBy>
  <cp:revision>2</cp:revision>
  <cp:lastPrinted>2026-08-21T13:36:00Z</cp:lastPrinted>
  <dcterms:created xsi:type="dcterms:W3CDTF">2026-08-21T13:38:00Z</dcterms:created>
  <dcterms:modified xsi:type="dcterms:W3CDTF">2026-08-21T13:38:00Z</dcterms:modified>
  <cp:category/>
</cp:coreProperties>
</file>